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A84D18" w:rsidRPr="00B41F96" w:rsidP="00FC2655" w14:paraId="17E999DF" w14:textId="212B149E">
      <w:pPr>
        <w:spacing w:line="480" w:lineRule="auto"/>
        <w:jc w:val="center"/>
        <w:rPr>
          <w:rFonts w:ascii="方正小标宋简体" w:eastAsia="方正小标宋简体" w:hint="eastAsia"/>
          <w:b/>
          <w:bCs/>
          <w:sz w:val="24"/>
          <w:szCs w:val="24"/>
          <w:lang w:eastAsia="zh-CN"/>
        </w:rPr>
      </w:pPr>
      <w:bookmarkStart w:id="0" w:name="OLE_LINK18"/>
      <w:bookmarkStart w:id="1" w:name="OLE_LINK19"/>
      <w:r w:rsidRPr="00B41F96">
        <w:rPr>
          <w:rFonts w:ascii="方正小标宋简体" w:eastAsia="方正小标宋简体" w:hint="eastAsia"/>
          <w:b/>
          <w:bCs/>
          <w:sz w:val="24"/>
          <w:szCs w:val="24"/>
          <w:lang w:eastAsia="zh-CN"/>
        </w:rPr>
        <w:t>《中国共产党组织工作条例》知识试题（含答案）</w:t>
      </w:r>
    </w:p>
    <w:bookmarkEnd w:id="0"/>
    <w:bookmarkEnd w:id="1"/>
    <w:p w:rsidR="00074C75" w:rsidRPr="00FC2655" w:rsidP="00FC2655" w14:paraId="7B6238F0" w14:textId="77777777">
      <w:pPr>
        <w:spacing w:line="480" w:lineRule="auto"/>
        <w:jc w:val="center"/>
        <w:rPr>
          <w:sz w:val="24"/>
          <w:szCs w:val="24"/>
          <w:lang w:eastAsia="zh-CN"/>
        </w:rPr>
      </w:pPr>
      <w:r w:rsidRPr="00FC2655">
        <w:rPr>
          <w:sz w:val="24"/>
          <w:szCs w:val="24"/>
          <w:lang w:eastAsia="zh-CN"/>
        </w:rPr>
        <w:t>姓名：</w:t>
      </w:r>
      <w:r w:rsidRPr="00FC2655">
        <w:rPr>
          <w:rFonts w:hint="eastAsia"/>
          <w:sz w:val="24"/>
          <w:szCs w:val="24"/>
          <w:lang w:eastAsia="zh-CN"/>
        </w:rPr>
        <w:t>_</w:t>
      </w:r>
      <w:r w:rsidRPr="00FC2655">
        <w:rPr>
          <w:sz w:val="24"/>
          <w:szCs w:val="24"/>
          <w:lang w:eastAsia="zh-CN"/>
        </w:rPr>
        <w:t>_________</w:t>
      </w:r>
      <w:r w:rsidRPr="00FC2655">
        <w:rPr>
          <w:sz w:val="24"/>
          <w:szCs w:val="24"/>
          <w:lang w:eastAsia="zh-CN"/>
        </w:rPr>
        <w:t>成绩：</w:t>
      </w:r>
      <w:r w:rsidRPr="00FC2655">
        <w:rPr>
          <w:rFonts w:hint="eastAsia"/>
          <w:sz w:val="24"/>
          <w:szCs w:val="24"/>
          <w:lang w:eastAsia="zh-CN"/>
        </w:rPr>
        <w:t>_</w:t>
      </w:r>
      <w:r w:rsidRPr="00FC2655">
        <w:rPr>
          <w:sz w:val="24"/>
          <w:szCs w:val="24"/>
          <w:lang w:eastAsia="zh-CN"/>
        </w:rPr>
        <w:t>_________</w:t>
      </w:r>
    </w:p>
    <w:p w:rsidR="00074C75" w:rsidRPr="00FC2655" w:rsidP="00FC2655" w14:paraId="6148F7A5" w14:textId="77777777">
      <w:pPr>
        <w:spacing w:line="480" w:lineRule="auto"/>
        <w:rPr>
          <w:sz w:val="24"/>
          <w:szCs w:val="24"/>
          <w:lang w:eastAsia="zh-CN"/>
        </w:rPr>
      </w:pPr>
    </w:p>
    <w:p w:rsidR="00074C75" w:rsidRPr="00FC2655" w:rsidP="00FC2655" w14:paraId="6CF6F636" w14:textId="322C1C5D">
      <w:pPr>
        <w:spacing w:line="480" w:lineRule="auto"/>
        <w:rPr>
          <w:sz w:val="24"/>
          <w:szCs w:val="24"/>
          <w:lang w:eastAsia="zh-CN"/>
        </w:rPr>
      </w:pPr>
      <w:r w:rsidRPr="00FC2655">
        <w:rPr>
          <w:sz w:val="24"/>
          <w:szCs w:val="24"/>
          <w:lang w:eastAsia="zh-CN"/>
        </w:rPr>
        <w:t>一、填空题（每空</w:t>
      </w:r>
      <w:r w:rsidRPr="00FC2655">
        <w:rPr>
          <w:sz w:val="24"/>
          <w:szCs w:val="24"/>
          <w:lang w:eastAsia="zh-CN"/>
        </w:rPr>
        <w:t>x</w:t>
      </w:r>
      <w:r w:rsidRPr="00FC2655">
        <w:rPr>
          <w:sz w:val="24"/>
          <w:szCs w:val="24"/>
          <w:lang w:eastAsia="zh-CN"/>
        </w:rPr>
        <w:t>分，共</w:t>
      </w:r>
      <w:r w:rsidRPr="00FC2655">
        <w:rPr>
          <w:sz w:val="24"/>
          <w:szCs w:val="24"/>
          <w:lang w:eastAsia="zh-CN"/>
        </w:rPr>
        <w:t>x</w:t>
      </w:r>
      <w:r w:rsidRPr="00FC2655">
        <w:rPr>
          <w:sz w:val="24"/>
          <w:szCs w:val="24"/>
          <w:lang w:eastAsia="zh-CN"/>
        </w:rPr>
        <w:t>x</w:t>
      </w:r>
      <w:r w:rsidRPr="00FC2655">
        <w:rPr>
          <w:sz w:val="24"/>
          <w:szCs w:val="24"/>
          <w:lang w:eastAsia="zh-CN"/>
        </w:rPr>
        <w:t>分）</w:t>
      </w:r>
    </w:p>
    <w:p w:rsidR="00074C75" w:rsidRPr="00FC2655" w:rsidP="00FC2655" w14:paraId="79DCBA8D" w14:textId="086B7D34">
      <w:pPr>
        <w:spacing w:line="480" w:lineRule="auto"/>
        <w:rPr>
          <w:sz w:val="24"/>
          <w:szCs w:val="24"/>
          <w:lang w:eastAsia="zh-CN"/>
        </w:rPr>
      </w:pPr>
      <w:r w:rsidRPr="00FC2655">
        <w:rPr>
          <w:sz w:val="24"/>
          <w:szCs w:val="24"/>
          <w:lang w:eastAsia="zh-CN"/>
        </w:rPr>
        <w:t>x</w:t>
      </w:r>
      <w:r w:rsidRPr="00FC2655">
        <w:rPr>
          <w:sz w:val="24"/>
          <w:szCs w:val="24"/>
          <w:lang w:eastAsia="zh-CN"/>
        </w:rPr>
        <w:t>.党的组织工作以加强和</w:t>
      </w:r>
      <w:r w:rsidRPr="00FC2655">
        <w:rPr>
          <w:b/>
          <w:bCs/>
          <w:sz w:val="24"/>
          <w:szCs w:val="24"/>
          <w:lang w:eastAsia="zh-CN"/>
        </w:rPr>
        <w:t>_______</w:t>
      </w:r>
      <w:r w:rsidRPr="00FC2655">
        <w:rPr>
          <w:sz w:val="24"/>
          <w:szCs w:val="24"/>
          <w:lang w:eastAsia="zh-CN"/>
        </w:rPr>
        <w:t>为主线。</w:t>
      </w:r>
    </w:p>
    <w:p w:rsidR="00074C75" w:rsidRPr="00FC2655" w:rsidP="00FC2655" w14:paraId="7054166A" w14:textId="0850397A">
      <w:pPr>
        <w:spacing w:line="480" w:lineRule="auto"/>
        <w:rPr>
          <w:sz w:val="24"/>
          <w:szCs w:val="24"/>
          <w:lang w:eastAsia="zh-CN"/>
        </w:rPr>
      </w:pPr>
      <w:r w:rsidRPr="00FC2655">
        <w:rPr>
          <w:sz w:val="24"/>
          <w:szCs w:val="24"/>
          <w:lang w:eastAsia="zh-CN"/>
        </w:rPr>
        <w:t>党的长期执政能力建设、先进性和纯洁性建设</w:t>
      </w:r>
    </w:p>
    <w:p w:rsidR="00074C75" w:rsidRPr="00FC2655" w:rsidP="00FC2655" w14:paraId="6D0E281A" w14:textId="1EAEED4A">
      <w:pPr>
        <w:spacing w:line="480" w:lineRule="auto"/>
        <w:rPr>
          <w:sz w:val="24"/>
          <w:szCs w:val="24"/>
          <w:lang w:eastAsia="zh-CN"/>
        </w:rPr>
      </w:pPr>
      <w:r w:rsidRPr="00FC2655">
        <w:rPr>
          <w:sz w:val="24"/>
          <w:szCs w:val="24"/>
          <w:lang w:eastAsia="zh-CN"/>
        </w:rPr>
        <w:t>x</w:t>
      </w:r>
      <w:r w:rsidRPr="00FC2655">
        <w:rPr>
          <w:sz w:val="24"/>
          <w:szCs w:val="24"/>
          <w:lang w:eastAsia="zh-CN"/>
        </w:rPr>
        <w:t>.党的组织工作坚持以</w:t>
      </w:r>
      <w:r w:rsidRPr="00FC2655">
        <w:rPr>
          <w:b/>
          <w:bCs/>
          <w:sz w:val="24"/>
          <w:szCs w:val="24"/>
          <w:lang w:eastAsia="zh-CN"/>
        </w:rPr>
        <w:t>_______</w:t>
      </w:r>
      <w:r w:rsidRPr="00FC2655">
        <w:rPr>
          <w:sz w:val="24"/>
          <w:szCs w:val="24"/>
          <w:lang w:eastAsia="zh-CN"/>
        </w:rPr>
        <w:t>建设为重点。</w:t>
      </w:r>
    </w:p>
    <w:p w:rsidR="00074C75" w:rsidRPr="00FC2655" w:rsidP="00FC2655" w14:paraId="5CA779BD" w14:textId="5855A18C">
      <w:pPr>
        <w:spacing w:line="480" w:lineRule="auto"/>
        <w:rPr>
          <w:sz w:val="24"/>
          <w:szCs w:val="24"/>
          <w:lang w:eastAsia="zh-CN"/>
        </w:rPr>
      </w:pPr>
      <w:r w:rsidRPr="00FC2655">
        <w:rPr>
          <w:sz w:val="24"/>
          <w:szCs w:val="24"/>
          <w:lang w:eastAsia="zh-CN"/>
        </w:rPr>
        <w:t>组织体系</w:t>
      </w:r>
    </w:p>
    <w:p w:rsidR="00074C75" w:rsidRPr="00FC2655" w:rsidP="00FC2655" w14:paraId="43417CB6" w14:textId="37D1E89B">
      <w:pPr>
        <w:spacing w:line="480" w:lineRule="auto"/>
        <w:rPr>
          <w:sz w:val="24"/>
          <w:szCs w:val="24"/>
          <w:lang w:eastAsia="zh-CN"/>
        </w:rPr>
      </w:pPr>
      <w:r w:rsidRPr="00FC2655">
        <w:rPr>
          <w:sz w:val="24"/>
          <w:szCs w:val="24"/>
          <w:lang w:eastAsia="zh-CN"/>
        </w:rPr>
        <w:t>x</w:t>
      </w:r>
      <w:r w:rsidRPr="00FC2655">
        <w:rPr>
          <w:sz w:val="24"/>
          <w:szCs w:val="24"/>
          <w:lang w:eastAsia="zh-CN"/>
        </w:rPr>
        <w:t>.党中央一般每</w:t>
      </w:r>
      <w:r w:rsidRPr="00FC2655">
        <w:rPr>
          <w:b/>
          <w:bCs/>
          <w:sz w:val="24"/>
          <w:szCs w:val="24"/>
          <w:lang w:eastAsia="zh-CN"/>
        </w:rPr>
        <w:t>_______</w:t>
      </w:r>
      <w:r w:rsidRPr="00FC2655">
        <w:rPr>
          <w:sz w:val="24"/>
          <w:szCs w:val="24"/>
          <w:lang w:eastAsia="zh-CN"/>
        </w:rPr>
        <w:t>年召开</w:t>
      </w:r>
      <w:r w:rsidRPr="00FC2655">
        <w:rPr>
          <w:sz w:val="24"/>
          <w:szCs w:val="24"/>
          <w:lang w:eastAsia="zh-CN"/>
        </w:rPr>
        <w:t>x</w:t>
      </w:r>
      <w:r w:rsidRPr="00FC2655">
        <w:rPr>
          <w:sz w:val="24"/>
          <w:szCs w:val="24"/>
          <w:lang w:eastAsia="zh-CN"/>
        </w:rPr>
        <w:t>次全国组织工作会议，对一个时期的组织工作作出全面部署。</w:t>
      </w:r>
    </w:p>
    <w:p w:rsidR="00074C75" w:rsidRPr="00FC2655" w:rsidP="00FC2655" w14:paraId="187A85FF" w14:textId="2D193C2D">
      <w:pPr>
        <w:spacing w:line="480" w:lineRule="auto"/>
        <w:rPr>
          <w:sz w:val="24"/>
          <w:szCs w:val="24"/>
          <w:lang w:eastAsia="zh-CN"/>
        </w:rPr>
      </w:pPr>
      <w:r w:rsidRPr="00FC2655">
        <w:rPr>
          <w:sz w:val="24"/>
          <w:szCs w:val="24"/>
          <w:lang w:eastAsia="zh-CN"/>
        </w:rPr>
        <w:t>x</w:t>
      </w:r>
      <w:r w:rsidRPr="00FC2655">
        <w:rPr>
          <w:sz w:val="24"/>
          <w:szCs w:val="24"/>
          <w:lang w:eastAsia="zh-CN"/>
        </w:rPr>
        <w:t>年</w:t>
      </w:r>
    </w:p>
    <w:p w:rsidR="00074C75" w:rsidRPr="00FC2655" w:rsidP="00FC2655" w14:paraId="76169205" w14:textId="0AD5490B">
      <w:pPr>
        <w:spacing w:line="480" w:lineRule="auto"/>
        <w:rPr>
          <w:sz w:val="24"/>
          <w:szCs w:val="24"/>
          <w:lang w:eastAsia="zh-CN"/>
        </w:rPr>
      </w:pPr>
      <w:r w:rsidRPr="00FC2655">
        <w:rPr>
          <w:sz w:val="24"/>
          <w:szCs w:val="24"/>
          <w:lang w:eastAsia="zh-CN"/>
        </w:rPr>
        <w:t>x</w:t>
      </w:r>
      <w:r w:rsidRPr="00FC2655">
        <w:rPr>
          <w:sz w:val="24"/>
          <w:szCs w:val="24"/>
          <w:lang w:eastAsia="zh-CN"/>
        </w:rPr>
        <w:t>.干部工作实行党中央集中统一领导下</w:t>
      </w:r>
      <w:r w:rsidRPr="00FC2655">
        <w:rPr>
          <w:b/>
          <w:bCs/>
          <w:sz w:val="24"/>
          <w:szCs w:val="24"/>
          <w:lang w:eastAsia="zh-CN"/>
        </w:rPr>
        <w:t>_______</w:t>
      </w:r>
      <w:r w:rsidRPr="00FC2655">
        <w:rPr>
          <w:sz w:val="24"/>
          <w:szCs w:val="24"/>
          <w:lang w:eastAsia="zh-CN"/>
        </w:rPr>
        <w:t>管理的体制。</w:t>
      </w:r>
    </w:p>
    <w:p w:rsidR="00074C75" w:rsidRPr="00FC2655" w:rsidP="00FC2655" w14:paraId="45D5F89B" w14:textId="26154BAD">
      <w:pPr>
        <w:spacing w:line="480" w:lineRule="auto"/>
        <w:rPr>
          <w:sz w:val="24"/>
          <w:szCs w:val="24"/>
          <w:lang w:eastAsia="zh-CN"/>
        </w:rPr>
      </w:pPr>
      <w:r w:rsidRPr="00FC2655">
        <w:rPr>
          <w:sz w:val="24"/>
          <w:szCs w:val="24"/>
          <w:lang w:eastAsia="zh-CN"/>
        </w:rPr>
        <w:t>分级分类</w:t>
      </w:r>
    </w:p>
    <w:p w:rsidR="00074C75" w:rsidRPr="00FC2655" w:rsidP="00FC2655" w14:paraId="26322B81" w14:textId="5E214CA1">
      <w:pPr>
        <w:spacing w:line="480" w:lineRule="auto"/>
        <w:rPr>
          <w:sz w:val="24"/>
          <w:szCs w:val="24"/>
          <w:lang w:eastAsia="zh-CN"/>
        </w:rPr>
      </w:pPr>
      <w:r w:rsidRPr="00FC2655">
        <w:rPr>
          <w:sz w:val="24"/>
          <w:szCs w:val="24"/>
          <w:lang w:eastAsia="zh-CN"/>
        </w:rPr>
        <w:t>x</w:t>
      </w:r>
      <w:r w:rsidRPr="00FC2655">
        <w:rPr>
          <w:sz w:val="24"/>
          <w:szCs w:val="24"/>
          <w:lang w:eastAsia="zh-CN"/>
        </w:rPr>
        <w:t>.通过党的组织体系建设，不断增强党的</w:t>
      </w:r>
      <w:r w:rsidRPr="00FC2655">
        <w:rPr>
          <w:b/>
          <w:bCs/>
          <w:sz w:val="24"/>
          <w:szCs w:val="24"/>
          <w:lang w:eastAsia="zh-CN"/>
        </w:rPr>
        <w:t>_______</w:t>
      </w:r>
      <w:r w:rsidRPr="00FC2655">
        <w:rPr>
          <w:sz w:val="24"/>
          <w:szCs w:val="24"/>
          <w:lang w:eastAsia="zh-CN"/>
        </w:rPr>
        <w:t>、</w:t>
      </w:r>
      <w:r w:rsidRPr="00FC2655">
        <w:rPr>
          <w:b/>
          <w:bCs/>
          <w:sz w:val="24"/>
          <w:szCs w:val="24"/>
          <w:lang w:eastAsia="zh-CN"/>
        </w:rPr>
        <w:t>_______</w:t>
      </w:r>
      <w:r w:rsidRPr="00FC2655">
        <w:rPr>
          <w:sz w:val="24"/>
          <w:szCs w:val="24"/>
          <w:lang w:eastAsia="zh-CN"/>
        </w:rPr>
        <w:t>、</w:t>
      </w:r>
      <w:r w:rsidRPr="00FC2655">
        <w:rPr>
          <w:b/>
          <w:bCs/>
          <w:sz w:val="24"/>
          <w:szCs w:val="24"/>
          <w:lang w:eastAsia="zh-CN"/>
        </w:rPr>
        <w:t>_______</w:t>
      </w:r>
      <w:r w:rsidRPr="00FC2655">
        <w:rPr>
          <w:sz w:val="24"/>
          <w:szCs w:val="24"/>
          <w:lang w:eastAsia="zh-CN"/>
        </w:rPr>
        <w:t>、</w:t>
      </w:r>
      <w:r w:rsidRPr="00FC2655">
        <w:rPr>
          <w:b/>
          <w:bCs/>
          <w:sz w:val="24"/>
          <w:szCs w:val="24"/>
          <w:lang w:eastAsia="zh-CN"/>
        </w:rPr>
        <w:t>_______</w:t>
      </w:r>
      <w:r w:rsidRPr="00FC2655">
        <w:rPr>
          <w:sz w:val="24"/>
          <w:szCs w:val="24"/>
          <w:lang w:eastAsia="zh-CN"/>
        </w:rPr>
        <w:t>。</w:t>
      </w:r>
    </w:p>
    <w:p w:rsidR="00074C75" w:rsidRPr="00FC2655" w:rsidP="00FC2655" w14:paraId="58AFA57C" w14:textId="485CE04C">
      <w:pPr>
        <w:spacing w:line="480" w:lineRule="auto"/>
        <w:rPr>
          <w:sz w:val="24"/>
          <w:szCs w:val="24"/>
          <w:lang w:eastAsia="zh-CN"/>
        </w:rPr>
      </w:pPr>
      <w:r w:rsidRPr="00FC2655">
        <w:rPr>
          <w:sz w:val="24"/>
          <w:szCs w:val="24"/>
          <w:lang w:eastAsia="zh-CN"/>
        </w:rPr>
        <w:t>政治领导力、思想引领力、群众组织力、社会号召力</w:t>
      </w:r>
    </w:p>
    <w:p w:rsidR="00074C75" w:rsidRPr="00FC2655" w:rsidP="00FC2655" w14:paraId="0AA44DC2" w14:textId="3E859E0C">
      <w:pPr>
        <w:spacing w:line="480" w:lineRule="auto"/>
        <w:rPr>
          <w:sz w:val="24"/>
          <w:szCs w:val="24"/>
          <w:lang w:eastAsia="zh-CN"/>
        </w:rPr>
      </w:pPr>
      <w:r w:rsidRPr="00FC2655">
        <w:rPr>
          <w:sz w:val="24"/>
          <w:szCs w:val="24"/>
          <w:lang w:eastAsia="zh-CN"/>
        </w:rPr>
        <w:t>x</w:t>
      </w:r>
      <w:r w:rsidRPr="00FC2655">
        <w:rPr>
          <w:sz w:val="24"/>
          <w:szCs w:val="24"/>
          <w:lang w:eastAsia="zh-CN"/>
        </w:rPr>
        <w:t>.一般按照</w:t>
      </w:r>
      <w:r w:rsidRPr="00FC2655">
        <w:rPr>
          <w:b/>
          <w:bCs/>
          <w:sz w:val="24"/>
          <w:szCs w:val="24"/>
          <w:lang w:eastAsia="zh-CN"/>
        </w:rPr>
        <w:t>_______</w:t>
      </w:r>
      <w:r w:rsidRPr="00FC2655">
        <w:rPr>
          <w:sz w:val="24"/>
          <w:szCs w:val="24"/>
          <w:lang w:eastAsia="zh-CN"/>
        </w:rPr>
        <w:t>原则，规范和理顺基层党组织隶属关系。</w:t>
      </w:r>
    </w:p>
    <w:p w:rsidR="00074C75" w:rsidRPr="00FC2655" w:rsidP="00FC2655" w14:paraId="4A8904E0" w14:textId="0F966752">
      <w:pPr>
        <w:spacing w:line="480" w:lineRule="auto"/>
        <w:rPr>
          <w:sz w:val="24"/>
          <w:szCs w:val="24"/>
          <w:lang w:eastAsia="zh-CN"/>
        </w:rPr>
      </w:pPr>
      <w:r w:rsidRPr="00FC2655">
        <w:rPr>
          <w:sz w:val="24"/>
          <w:szCs w:val="24"/>
          <w:lang w:eastAsia="zh-CN"/>
        </w:rPr>
        <w:t>属地管理</w:t>
      </w:r>
    </w:p>
    <w:p w:rsidR="00074C75" w:rsidRPr="00FC2655" w:rsidP="00FC2655" w14:paraId="0B8C6DED" w14:textId="37B43391">
      <w:pPr>
        <w:spacing w:line="480" w:lineRule="auto"/>
        <w:rPr>
          <w:sz w:val="24"/>
          <w:szCs w:val="24"/>
          <w:lang w:eastAsia="zh-CN"/>
        </w:rPr>
      </w:pPr>
      <w:r w:rsidRPr="00FC2655">
        <w:rPr>
          <w:sz w:val="24"/>
          <w:szCs w:val="24"/>
          <w:lang w:eastAsia="zh-CN"/>
        </w:rPr>
        <w:t>x</w:t>
      </w:r>
      <w:r w:rsidRPr="00FC2655">
        <w:rPr>
          <w:sz w:val="24"/>
          <w:szCs w:val="24"/>
          <w:lang w:eastAsia="zh-CN"/>
        </w:rPr>
        <w:t>.要把各领域党的基层组织建设成为宣传党的主张、贯彻党的决定、领导基层治理和</w:t>
      </w:r>
      <w:r w:rsidRPr="00FC2655">
        <w:rPr>
          <w:b/>
          <w:bCs/>
          <w:sz w:val="24"/>
          <w:szCs w:val="24"/>
          <w:lang w:eastAsia="zh-CN"/>
        </w:rPr>
        <w:t>_______</w:t>
      </w:r>
      <w:r w:rsidRPr="00FC2655">
        <w:rPr>
          <w:sz w:val="24"/>
          <w:szCs w:val="24"/>
          <w:lang w:eastAsia="zh-CN"/>
        </w:rPr>
        <w:t>、</w:t>
      </w:r>
      <w:r w:rsidRPr="00FC2655">
        <w:rPr>
          <w:b/>
          <w:bCs/>
          <w:sz w:val="24"/>
          <w:szCs w:val="24"/>
          <w:lang w:eastAsia="zh-CN"/>
        </w:rPr>
        <w:t>_______</w:t>
      </w:r>
      <w:r w:rsidRPr="00FC2655">
        <w:rPr>
          <w:sz w:val="24"/>
          <w:szCs w:val="24"/>
          <w:lang w:eastAsia="zh-CN"/>
        </w:rPr>
        <w:t>的坚强战斗堡垒。</w:t>
      </w:r>
    </w:p>
    <w:p w:rsidR="00074C75" w:rsidRPr="00FC2655" w:rsidP="00FC2655" w14:paraId="374E8943" w14:textId="4B44CE92">
      <w:pPr>
        <w:spacing w:line="480" w:lineRule="auto"/>
        <w:rPr>
          <w:sz w:val="24"/>
          <w:szCs w:val="24"/>
          <w:lang w:eastAsia="zh-CN"/>
        </w:rPr>
      </w:pPr>
      <w:r w:rsidRPr="00FC2655">
        <w:rPr>
          <w:sz w:val="24"/>
          <w:szCs w:val="24"/>
          <w:lang w:eastAsia="zh-CN"/>
        </w:rPr>
        <w:t>团结动员群众、推动改革发展</w:t>
      </w:r>
    </w:p>
    <w:p w:rsidR="00074C75" w:rsidRPr="00FC2655" w:rsidP="00FC2655" w14:paraId="74873859" w14:textId="6A167C48">
      <w:pPr>
        <w:spacing w:line="480" w:lineRule="auto"/>
        <w:rPr>
          <w:sz w:val="24"/>
          <w:szCs w:val="24"/>
          <w:lang w:eastAsia="zh-CN"/>
        </w:rPr>
      </w:pPr>
      <w:r w:rsidRPr="00FC2655">
        <w:rPr>
          <w:sz w:val="24"/>
          <w:szCs w:val="24"/>
          <w:lang w:eastAsia="zh-CN"/>
        </w:rPr>
        <w:t>x</w:t>
      </w:r>
      <w:r w:rsidRPr="00FC2655">
        <w:rPr>
          <w:sz w:val="24"/>
          <w:szCs w:val="24"/>
          <w:lang w:eastAsia="zh-CN"/>
        </w:rPr>
        <w:t>.</w:t>
      </w:r>
      <w:r w:rsidRPr="00FC2655">
        <w:rPr>
          <w:b/>
          <w:bCs/>
          <w:sz w:val="24"/>
          <w:szCs w:val="24"/>
          <w:lang w:eastAsia="zh-CN"/>
        </w:rPr>
        <w:t xml:space="preserve"> _______</w:t>
      </w:r>
      <w:r w:rsidRPr="00FC2655">
        <w:rPr>
          <w:sz w:val="24"/>
          <w:szCs w:val="24"/>
          <w:lang w:eastAsia="zh-CN"/>
        </w:rPr>
        <w:t>是党的基础组织，是党组织开展工作的基本单元。</w:t>
      </w:r>
    </w:p>
    <w:p w:rsidR="00074C75" w:rsidRPr="00FC2655" w:rsidP="00FC2655" w14:paraId="77444C27" w14:textId="34E5C086">
      <w:pPr>
        <w:spacing w:line="480" w:lineRule="auto"/>
        <w:rPr>
          <w:sz w:val="24"/>
          <w:szCs w:val="24"/>
          <w:lang w:eastAsia="zh-CN"/>
        </w:rPr>
      </w:pPr>
      <w:r w:rsidRPr="00FC2655">
        <w:rPr>
          <w:sz w:val="24"/>
          <w:szCs w:val="24"/>
          <w:lang w:eastAsia="zh-CN"/>
        </w:rPr>
        <w:t>党支部</w:t>
      </w:r>
    </w:p>
    <w:p w:rsidR="00074C75" w:rsidRPr="00FC2655" w:rsidP="00FC2655" w14:paraId="7E2A5283" w14:textId="7BAABC21">
      <w:pPr>
        <w:spacing w:line="480" w:lineRule="auto"/>
        <w:rPr>
          <w:sz w:val="24"/>
          <w:szCs w:val="24"/>
          <w:lang w:eastAsia="zh-CN"/>
        </w:rPr>
      </w:pPr>
      <w:r w:rsidRPr="00FC2655">
        <w:rPr>
          <w:sz w:val="24"/>
          <w:szCs w:val="24"/>
          <w:lang w:eastAsia="zh-CN"/>
        </w:rPr>
        <w:t>x</w:t>
      </w:r>
      <w:r w:rsidRPr="00FC2655">
        <w:rPr>
          <w:sz w:val="24"/>
          <w:szCs w:val="24"/>
          <w:lang w:eastAsia="zh-CN"/>
        </w:rPr>
        <w:t>.《中国共产党组织工作条例》规定，建立健全日常考核、</w:t>
      </w:r>
      <w:r w:rsidRPr="00FC2655">
        <w:rPr>
          <w:b/>
          <w:bCs/>
          <w:sz w:val="24"/>
          <w:szCs w:val="24"/>
          <w:lang w:eastAsia="zh-CN"/>
        </w:rPr>
        <w:t>_______</w:t>
      </w:r>
      <w:r w:rsidRPr="00FC2655">
        <w:rPr>
          <w:sz w:val="24"/>
          <w:szCs w:val="24"/>
          <w:lang w:eastAsia="zh-CN"/>
        </w:rPr>
        <w:t>、近距离考核的知事识人体系。</w:t>
      </w:r>
    </w:p>
    <w:p w:rsidR="00074C75" w:rsidRPr="00FC2655" w:rsidP="00FC2655" w14:paraId="4AD82F3F" w14:textId="3FF69CD8">
      <w:pPr>
        <w:spacing w:line="480" w:lineRule="auto"/>
        <w:rPr>
          <w:sz w:val="24"/>
          <w:szCs w:val="24"/>
          <w:lang w:eastAsia="zh-CN"/>
        </w:rPr>
      </w:pPr>
      <w:r w:rsidRPr="00FC2655">
        <w:rPr>
          <w:sz w:val="24"/>
          <w:szCs w:val="24"/>
          <w:lang w:eastAsia="zh-CN"/>
        </w:rPr>
        <w:t>分类考核</w:t>
      </w:r>
    </w:p>
    <w:p w:rsidR="00074C75" w:rsidRPr="00FC2655" w:rsidP="00FC2655" w14:paraId="3254073B" w14:textId="6000465B">
      <w:pPr>
        <w:spacing w:line="480" w:lineRule="auto"/>
        <w:rPr>
          <w:sz w:val="24"/>
          <w:szCs w:val="24"/>
          <w:lang w:eastAsia="zh-CN"/>
        </w:rPr>
      </w:pPr>
      <w:r w:rsidRPr="00FC2655">
        <w:rPr>
          <w:sz w:val="24"/>
          <w:szCs w:val="24"/>
          <w:lang w:eastAsia="zh-CN"/>
        </w:rPr>
        <w:t>x</w:t>
      </w:r>
      <w:r w:rsidRPr="00FC2655">
        <w:rPr>
          <w:sz w:val="24"/>
          <w:szCs w:val="24"/>
          <w:lang w:eastAsia="zh-CN"/>
        </w:rPr>
        <w:t>x</w:t>
      </w:r>
      <w:r w:rsidRPr="00FC2655">
        <w:rPr>
          <w:sz w:val="24"/>
          <w:szCs w:val="24"/>
          <w:lang w:eastAsia="zh-CN"/>
        </w:rPr>
        <w:t>.综合运用</w:t>
      </w:r>
      <w:r w:rsidRPr="00FC2655">
        <w:rPr>
          <w:b/>
          <w:bCs/>
          <w:sz w:val="24"/>
          <w:szCs w:val="24"/>
          <w:lang w:eastAsia="zh-CN"/>
        </w:rPr>
        <w:t>_______</w:t>
      </w:r>
      <w:r w:rsidRPr="00FC2655">
        <w:rPr>
          <w:sz w:val="24"/>
          <w:szCs w:val="24"/>
          <w:lang w:eastAsia="zh-CN"/>
        </w:rPr>
        <w:t>和挂职等方式，加大对国家重大战略选派干部支持力度。</w:t>
      </w:r>
    </w:p>
    <w:p w:rsidR="00074C75" w:rsidRPr="00FC2655" w:rsidP="00FC2655" w14:paraId="71856E09" w14:textId="5CD0D152">
      <w:pPr>
        <w:spacing w:line="480" w:lineRule="auto"/>
        <w:rPr>
          <w:sz w:val="24"/>
          <w:szCs w:val="24"/>
          <w:lang w:eastAsia="zh-CN"/>
        </w:rPr>
      </w:pPr>
      <w:r w:rsidRPr="00FC2655">
        <w:rPr>
          <w:sz w:val="24"/>
          <w:szCs w:val="24"/>
          <w:lang w:eastAsia="zh-CN"/>
        </w:rPr>
        <w:t>援派</w:t>
      </w:r>
    </w:p>
    <w:p w:rsidR="00074C75" w:rsidRPr="00FC2655" w:rsidP="00FC2655" w14:paraId="4750BD99" w14:textId="51FB1F9D">
      <w:pPr>
        <w:spacing w:line="480" w:lineRule="auto"/>
        <w:rPr>
          <w:sz w:val="24"/>
          <w:szCs w:val="24"/>
          <w:lang w:eastAsia="zh-CN"/>
        </w:rPr>
      </w:pPr>
      <w:r w:rsidRPr="00FC2655">
        <w:rPr>
          <w:sz w:val="24"/>
          <w:szCs w:val="24"/>
          <w:lang w:eastAsia="zh-CN"/>
        </w:rPr>
        <w:t>二、单项选择题（每题</w:t>
      </w:r>
      <w:r w:rsidRPr="00FC2655">
        <w:rPr>
          <w:sz w:val="24"/>
          <w:szCs w:val="24"/>
          <w:lang w:eastAsia="zh-CN"/>
        </w:rPr>
        <w:t>x</w:t>
      </w:r>
      <w:r w:rsidRPr="00FC2655">
        <w:rPr>
          <w:sz w:val="24"/>
          <w:szCs w:val="24"/>
          <w:lang w:eastAsia="zh-CN"/>
        </w:rPr>
        <w:t>分，共</w:t>
      </w:r>
      <w:r w:rsidRPr="00FC2655">
        <w:rPr>
          <w:sz w:val="24"/>
          <w:szCs w:val="24"/>
          <w:lang w:eastAsia="zh-CN"/>
        </w:rPr>
        <w:t>x</w:t>
      </w:r>
      <w:r w:rsidRPr="00FC2655">
        <w:rPr>
          <w:sz w:val="24"/>
          <w:szCs w:val="24"/>
          <w:lang w:eastAsia="zh-CN"/>
        </w:rPr>
        <w:t>x</w:t>
      </w:r>
      <w:r w:rsidRPr="00FC2655">
        <w:rPr>
          <w:sz w:val="24"/>
          <w:szCs w:val="24"/>
          <w:lang w:eastAsia="zh-CN"/>
        </w:rPr>
        <w:t>分）</w:t>
      </w:r>
    </w:p>
    <w:p w:rsidR="00074C75" w:rsidRPr="00FC2655" w:rsidP="00FC2655" w14:paraId="61FE6324" w14:textId="29F8A84C">
      <w:pPr>
        <w:spacing w:line="480" w:lineRule="auto"/>
        <w:rPr>
          <w:sz w:val="24"/>
          <w:szCs w:val="24"/>
          <w:lang w:eastAsia="zh-CN"/>
        </w:rPr>
      </w:pPr>
      <w:r w:rsidRPr="00FC2655">
        <w:rPr>
          <w:sz w:val="24"/>
          <w:szCs w:val="24"/>
          <w:lang w:eastAsia="zh-CN"/>
        </w:rPr>
        <w:t>x</w:t>
      </w:r>
      <w:r w:rsidRPr="00FC2655">
        <w:rPr>
          <w:sz w:val="24"/>
          <w:szCs w:val="24"/>
          <w:lang w:eastAsia="zh-CN"/>
        </w:rPr>
        <w:t>.中共中央于</w:t>
      </w:r>
      <w:r w:rsidRPr="00FC2655">
        <w:rPr>
          <w:sz w:val="24"/>
          <w:szCs w:val="24"/>
          <w:lang w:eastAsia="zh-CN"/>
        </w:rPr>
        <w:t>x</w:t>
      </w:r>
      <w:r w:rsidRPr="00FC2655">
        <w:rPr>
          <w:sz w:val="24"/>
          <w:szCs w:val="24"/>
          <w:lang w:eastAsia="zh-CN"/>
        </w:rPr>
        <w:t>x</w:t>
      </w:r>
      <w:r w:rsidRPr="00FC2655">
        <w:rPr>
          <w:sz w:val="24"/>
          <w:szCs w:val="24"/>
          <w:lang w:eastAsia="zh-CN"/>
        </w:rPr>
        <w:t>x</w:t>
      </w:r>
      <w:r w:rsidRPr="00FC2655">
        <w:rPr>
          <w:sz w:val="24"/>
          <w:szCs w:val="24"/>
          <w:lang w:eastAsia="zh-CN"/>
        </w:rPr>
        <w:t>x</w:t>
      </w:r>
      <w:r w:rsidRPr="00FC2655">
        <w:rPr>
          <w:sz w:val="24"/>
          <w:szCs w:val="24"/>
          <w:lang w:eastAsia="zh-CN"/>
        </w:rPr>
        <w:t>年（C）发布最新的《中国共产党组织工作条例》。</w:t>
      </w:r>
    </w:p>
    <w:p w:rsidR="00074C75" w:rsidRPr="00FC2655" w:rsidP="00FC2655" w14:paraId="43A080FD" w14:textId="435D326B">
      <w:pPr>
        <w:spacing w:line="480" w:lineRule="auto"/>
        <w:rPr>
          <w:sz w:val="24"/>
          <w:szCs w:val="24"/>
        </w:rPr>
      </w:pPr>
      <w:r w:rsidRPr="00FC2655">
        <w:rPr>
          <w:sz w:val="24"/>
          <w:szCs w:val="24"/>
        </w:rPr>
        <w:t>A.</w:t>
      </w:r>
      <w:r w:rsidRPr="00FC2655">
        <w:rPr>
          <w:sz w:val="24"/>
          <w:szCs w:val="24"/>
        </w:rPr>
        <w:t>x</w:t>
      </w:r>
      <w:r w:rsidRPr="00FC2655">
        <w:rPr>
          <w:sz w:val="24"/>
          <w:szCs w:val="24"/>
        </w:rPr>
        <w:t>月</w:t>
      </w:r>
      <w:r w:rsidRPr="00FC2655">
        <w:rPr>
          <w:sz w:val="24"/>
          <w:szCs w:val="24"/>
        </w:rPr>
        <w:t>x</w:t>
      </w:r>
      <w:r w:rsidRPr="00FC2655">
        <w:rPr>
          <w:sz w:val="24"/>
          <w:szCs w:val="24"/>
        </w:rPr>
        <w:t>日B.</w:t>
      </w:r>
      <w:r w:rsidRPr="00FC2655">
        <w:rPr>
          <w:sz w:val="24"/>
          <w:szCs w:val="24"/>
        </w:rPr>
        <w:t>x</w:t>
      </w:r>
      <w:r w:rsidRPr="00FC2655">
        <w:rPr>
          <w:sz w:val="24"/>
          <w:szCs w:val="24"/>
        </w:rPr>
        <w:t>月</w:t>
      </w:r>
      <w:r w:rsidRPr="00FC2655">
        <w:rPr>
          <w:sz w:val="24"/>
          <w:szCs w:val="24"/>
        </w:rPr>
        <w:t>x</w:t>
      </w:r>
      <w:r w:rsidRPr="00FC2655">
        <w:rPr>
          <w:sz w:val="24"/>
          <w:szCs w:val="24"/>
        </w:rPr>
        <w:t>x</w:t>
      </w:r>
      <w:r w:rsidRPr="00FC2655">
        <w:rPr>
          <w:sz w:val="24"/>
          <w:szCs w:val="24"/>
        </w:rPr>
        <w:t>日C.</w:t>
      </w:r>
      <w:r w:rsidRPr="00FC2655">
        <w:rPr>
          <w:sz w:val="24"/>
          <w:szCs w:val="24"/>
        </w:rPr>
        <w:t>x</w:t>
      </w:r>
      <w:r w:rsidRPr="00FC2655">
        <w:rPr>
          <w:sz w:val="24"/>
          <w:szCs w:val="24"/>
        </w:rPr>
        <w:t>月</w:t>
      </w:r>
      <w:r w:rsidRPr="00FC2655">
        <w:rPr>
          <w:sz w:val="24"/>
          <w:szCs w:val="24"/>
        </w:rPr>
        <w:t>x</w:t>
      </w:r>
      <w:r w:rsidRPr="00FC2655">
        <w:rPr>
          <w:sz w:val="24"/>
          <w:szCs w:val="24"/>
        </w:rPr>
        <w:t>x</w:t>
      </w:r>
      <w:r w:rsidRPr="00FC2655">
        <w:rPr>
          <w:sz w:val="24"/>
          <w:szCs w:val="24"/>
        </w:rPr>
        <w:t>日D.</w:t>
      </w:r>
      <w:r w:rsidRPr="00FC2655">
        <w:rPr>
          <w:sz w:val="24"/>
          <w:szCs w:val="24"/>
        </w:rPr>
        <w:t>x</w:t>
      </w:r>
      <w:r w:rsidRPr="00FC2655">
        <w:rPr>
          <w:sz w:val="24"/>
          <w:szCs w:val="24"/>
        </w:rPr>
        <w:t>月</w:t>
      </w:r>
      <w:r w:rsidRPr="00FC2655">
        <w:rPr>
          <w:sz w:val="24"/>
          <w:szCs w:val="24"/>
        </w:rPr>
        <w:t>x</w:t>
      </w:r>
      <w:r w:rsidRPr="00FC2655">
        <w:rPr>
          <w:sz w:val="24"/>
          <w:szCs w:val="24"/>
        </w:rPr>
        <w:t>日</w:t>
      </w:r>
    </w:p>
    <w:p w:rsidR="00074C75" w:rsidRPr="00FC2655" w:rsidP="00FC2655" w14:paraId="1FC2CF63" w14:textId="6963FF4C">
      <w:pPr>
        <w:spacing w:line="480" w:lineRule="auto"/>
        <w:rPr>
          <w:sz w:val="24"/>
          <w:szCs w:val="24"/>
          <w:lang w:eastAsia="zh-CN"/>
        </w:rPr>
      </w:pPr>
      <w:r w:rsidRPr="00FC2655">
        <w:rPr>
          <w:sz w:val="24"/>
          <w:szCs w:val="24"/>
          <w:lang w:eastAsia="zh-CN"/>
        </w:rPr>
        <w:t>x</w:t>
      </w:r>
      <w:r w:rsidRPr="00FC2655">
        <w:rPr>
          <w:sz w:val="24"/>
          <w:szCs w:val="24"/>
          <w:lang w:eastAsia="zh-CN"/>
        </w:rPr>
        <w:t>.党的组织工作坚持以党的（D）为统领。</w:t>
      </w:r>
    </w:p>
    <w:p w:rsidR="00074C75" w:rsidRPr="00FC2655" w:rsidP="00FC2655" w14:paraId="3F727EC1" w14:textId="3C45EAF0">
      <w:pPr>
        <w:spacing w:line="480" w:lineRule="auto"/>
        <w:rPr>
          <w:sz w:val="24"/>
          <w:szCs w:val="24"/>
          <w:lang w:eastAsia="zh-CN"/>
        </w:rPr>
      </w:pPr>
      <w:r w:rsidRPr="00FC2655">
        <w:rPr>
          <w:sz w:val="24"/>
          <w:szCs w:val="24"/>
          <w:lang w:eastAsia="zh-CN"/>
        </w:rPr>
        <w:t>A.思想建设B.能力建设C.清廉建设D.政治建设</w:t>
      </w:r>
    </w:p>
    <w:p w:rsidR="00074C75" w:rsidRPr="00FC2655" w:rsidP="00FC2655" w14:paraId="08C007B6" w14:textId="6152DB58">
      <w:pPr>
        <w:spacing w:line="480" w:lineRule="auto"/>
        <w:rPr>
          <w:sz w:val="24"/>
          <w:szCs w:val="24"/>
          <w:lang w:eastAsia="zh-CN"/>
        </w:rPr>
      </w:pPr>
      <w:r w:rsidRPr="00FC2655">
        <w:rPr>
          <w:sz w:val="24"/>
          <w:szCs w:val="24"/>
          <w:lang w:eastAsia="zh-CN"/>
        </w:rPr>
        <w:t>x</w:t>
      </w:r>
      <w:r w:rsidRPr="00FC2655">
        <w:rPr>
          <w:sz w:val="24"/>
          <w:szCs w:val="24"/>
          <w:lang w:eastAsia="zh-CN"/>
        </w:rPr>
        <w:t>.发展党员应当按照控制总量、优化结构、提高质量、发挥作用的总要求，把（A）放在首位，严格程序、严格把关，保证新发展党员质量。</w:t>
      </w:r>
    </w:p>
    <w:p w:rsidR="00074C75" w:rsidRPr="00FC2655" w:rsidP="00FC2655" w14:paraId="42F19F83" w14:textId="42B596DC">
      <w:pPr>
        <w:spacing w:line="480" w:lineRule="auto"/>
        <w:rPr>
          <w:sz w:val="24"/>
          <w:szCs w:val="24"/>
          <w:lang w:eastAsia="zh-CN"/>
        </w:rPr>
      </w:pPr>
      <w:r w:rsidRPr="00FC2655">
        <w:rPr>
          <w:sz w:val="24"/>
          <w:szCs w:val="24"/>
          <w:lang w:eastAsia="zh-CN"/>
        </w:rPr>
        <w:t>A.政治标准B.思想标准C.能力标准D.廉洁标准</w:t>
      </w:r>
    </w:p>
    <w:p w:rsidR="00074C75" w:rsidRPr="00FC2655" w:rsidP="00FC2655" w14:paraId="5DE5755E" w14:textId="4B69523C">
      <w:pPr>
        <w:spacing w:line="480" w:lineRule="auto"/>
        <w:rPr>
          <w:sz w:val="24"/>
          <w:szCs w:val="24"/>
          <w:lang w:eastAsia="zh-CN"/>
        </w:rPr>
      </w:pPr>
      <w:r w:rsidRPr="00FC2655">
        <w:rPr>
          <w:sz w:val="24"/>
          <w:szCs w:val="24"/>
          <w:lang w:eastAsia="zh-CN"/>
        </w:rPr>
        <w:t>x</w:t>
      </w:r>
      <w:r w:rsidRPr="00FC2655">
        <w:rPr>
          <w:sz w:val="24"/>
          <w:szCs w:val="24"/>
          <w:lang w:eastAsia="zh-CN"/>
        </w:rPr>
        <w:t>.党员教育应当把学习贯彻（C）作为首要政治任务。</w:t>
      </w:r>
    </w:p>
    <w:p w:rsidR="00074C75" w:rsidRPr="00FC2655" w:rsidP="00FC2655" w14:paraId="63E4B332" w14:textId="2284993F">
      <w:pPr>
        <w:spacing w:line="480" w:lineRule="auto"/>
        <w:rPr>
          <w:sz w:val="24"/>
          <w:szCs w:val="24"/>
          <w:lang w:eastAsia="zh-CN"/>
        </w:rPr>
      </w:pPr>
      <w:r w:rsidRPr="00FC2655">
        <w:rPr>
          <w:sz w:val="24"/>
          <w:szCs w:val="24"/>
          <w:lang w:eastAsia="zh-CN"/>
        </w:rPr>
        <w:t>A.马列主义B.毛泽东思想</w:t>
      </w:r>
    </w:p>
    <w:p w:rsidR="00074C75" w:rsidRPr="00FC2655" w:rsidP="00FC2655" w14:paraId="4B18B0F3" w14:textId="53F7CA5F">
      <w:pPr>
        <w:spacing w:line="480" w:lineRule="auto"/>
        <w:rPr>
          <w:sz w:val="24"/>
          <w:szCs w:val="24"/>
          <w:lang w:eastAsia="zh-CN"/>
        </w:rPr>
      </w:pPr>
      <w:r w:rsidRPr="00FC2655">
        <w:rPr>
          <w:sz w:val="24"/>
          <w:szCs w:val="24"/>
          <w:lang w:eastAsia="zh-CN"/>
        </w:rPr>
        <w:t>C.习近平新时代中国特色社会主义思想D.三个代表</w:t>
      </w:r>
    </w:p>
    <w:p w:rsidR="00074C75" w:rsidRPr="00FC2655" w:rsidP="00FC2655" w14:paraId="4A224E6F" w14:textId="641B7919">
      <w:pPr>
        <w:spacing w:line="480" w:lineRule="auto"/>
        <w:rPr>
          <w:sz w:val="24"/>
          <w:szCs w:val="24"/>
          <w:lang w:eastAsia="zh-CN"/>
        </w:rPr>
      </w:pPr>
      <w:r w:rsidRPr="00FC2655">
        <w:rPr>
          <w:sz w:val="24"/>
          <w:szCs w:val="24"/>
          <w:lang w:eastAsia="zh-CN"/>
        </w:rPr>
        <w:t>x</w:t>
      </w:r>
      <w:r w:rsidRPr="00FC2655">
        <w:rPr>
          <w:sz w:val="24"/>
          <w:szCs w:val="24"/>
          <w:lang w:eastAsia="zh-CN"/>
        </w:rPr>
        <w:t>.干部队伍培养要加强（D）淬炼、政治历练、实践锻炼、专业训练，把思想理论武装、理想信念教育、知识结构改善、能力素质提升贯穿干部成长全过程。</w:t>
      </w:r>
    </w:p>
    <w:p w:rsidR="00074C75" w:rsidRPr="00FC2655" w:rsidP="00FC2655" w14:paraId="126E07A3" w14:textId="0D01A514">
      <w:pPr>
        <w:spacing w:line="480" w:lineRule="auto"/>
        <w:rPr>
          <w:sz w:val="24"/>
          <w:szCs w:val="24"/>
        </w:rPr>
      </w:pPr>
      <w:r w:rsidRPr="00FC2655">
        <w:rPr>
          <w:sz w:val="24"/>
          <w:szCs w:val="24"/>
        </w:rPr>
        <w:t>A.信仰B.理想C.信念D.思想</w:t>
      </w:r>
    </w:p>
    <w:p w:rsidR="00074C75" w:rsidRPr="00FC2655" w:rsidP="00FC2655" w14:paraId="66E6F77D" w14:textId="1326A073">
      <w:pPr>
        <w:spacing w:line="480" w:lineRule="auto"/>
        <w:rPr>
          <w:sz w:val="24"/>
          <w:szCs w:val="24"/>
          <w:lang w:eastAsia="zh-CN"/>
        </w:rPr>
      </w:pPr>
      <w:r w:rsidRPr="00FC2655">
        <w:rPr>
          <w:sz w:val="24"/>
          <w:szCs w:val="24"/>
          <w:lang w:eastAsia="zh-CN"/>
        </w:rPr>
        <w:t>x</w:t>
      </w:r>
      <w:r w:rsidRPr="00FC2655">
        <w:rPr>
          <w:sz w:val="24"/>
          <w:szCs w:val="24"/>
          <w:lang w:eastAsia="zh-CN"/>
        </w:rPr>
        <w:t>.完善对干部的考核方式方法，统筹开展平时考核、年度考核、专项考核、（B），全方位、多渠道了解干部。</w:t>
      </w:r>
    </w:p>
    <w:p w:rsidR="00074C75" w:rsidRPr="00FC2655" w:rsidP="00FC2655" w14:paraId="40C79D3F" w14:textId="4BE60763">
      <w:pPr>
        <w:spacing w:line="480" w:lineRule="auto"/>
        <w:rPr>
          <w:sz w:val="24"/>
          <w:szCs w:val="24"/>
          <w:lang w:eastAsia="zh-CN"/>
        </w:rPr>
      </w:pPr>
      <w:r w:rsidRPr="00FC2655">
        <w:rPr>
          <w:sz w:val="24"/>
          <w:szCs w:val="24"/>
          <w:lang w:eastAsia="zh-CN"/>
        </w:rPr>
        <w:t>A.群众评价B.任期考核C.审计考核D.廉洁考核</w:t>
      </w:r>
    </w:p>
    <w:p w:rsidR="00074C75" w:rsidRPr="00FC2655" w:rsidP="00FC2655" w14:paraId="1FE0D83F" w14:textId="52B62FDD">
      <w:pPr>
        <w:spacing w:line="480" w:lineRule="auto"/>
        <w:rPr>
          <w:sz w:val="24"/>
          <w:szCs w:val="24"/>
          <w:lang w:eastAsia="zh-CN"/>
        </w:rPr>
      </w:pPr>
      <w:r w:rsidRPr="00FC2655">
        <w:rPr>
          <w:sz w:val="24"/>
          <w:szCs w:val="24"/>
          <w:lang w:eastAsia="zh-CN"/>
        </w:rPr>
        <w:t>x</w:t>
      </w:r>
      <w:r w:rsidRPr="00FC2655">
        <w:rPr>
          <w:sz w:val="24"/>
          <w:szCs w:val="24"/>
          <w:lang w:eastAsia="zh-CN"/>
        </w:rPr>
        <w:t>.建立健全以（A）为先、任人唯贤、人事相宜的选拔任用体系。</w:t>
      </w:r>
    </w:p>
    <w:p w:rsidR="00074C75" w:rsidRPr="00FC2655" w:rsidP="00FC2655" w14:paraId="6A6E2E3B" w14:textId="32571564">
      <w:pPr>
        <w:spacing w:line="480" w:lineRule="auto"/>
        <w:rPr>
          <w:sz w:val="24"/>
          <w:szCs w:val="24"/>
          <w:lang w:eastAsia="zh-CN"/>
        </w:rPr>
      </w:pPr>
      <w:r w:rsidRPr="00FC2655">
        <w:rPr>
          <w:sz w:val="24"/>
          <w:szCs w:val="24"/>
          <w:lang w:eastAsia="zh-CN"/>
        </w:rPr>
        <w:t>A.德B.能C.廉D.勤</w:t>
      </w:r>
    </w:p>
    <w:p w:rsidR="00074C75" w:rsidRPr="00FC2655" w:rsidP="00FC2655" w14:paraId="685A1033" w14:textId="51DC6A94">
      <w:pPr>
        <w:spacing w:line="480" w:lineRule="auto"/>
        <w:rPr>
          <w:sz w:val="24"/>
          <w:szCs w:val="24"/>
          <w:lang w:eastAsia="zh-CN"/>
        </w:rPr>
      </w:pPr>
      <w:r w:rsidRPr="00FC2655">
        <w:rPr>
          <w:sz w:val="24"/>
          <w:szCs w:val="24"/>
          <w:lang w:eastAsia="zh-CN"/>
        </w:rPr>
        <w:t>x</w:t>
      </w:r>
      <w:r w:rsidRPr="00FC2655">
        <w:rPr>
          <w:sz w:val="24"/>
          <w:szCs w:val="24"/>
          <w:lang w:eastAsia="zh-CN"/>
        </w:rPr>
        <w:t>.建立健全管思想、管工作、管作风（D）的从严管理体系。</w:t>
      </w:r>
    </w:p>
    <w:p w:rsidR="00074C75" w:rsidRPr="00FC2655" w:rsidP="00FC2655" w14:paraId="59D571AA" w14:textId="0FF19406">
      <w:pPr>
        <w:spacing w:line="480" w:lineRule="auto"/>
        <w:rPr>
          <w:sz w:val="24"/>
          <w:szCs w:val="24"/>
          <w:lang w:eastAsia="zh-CN"/>
        </w:rPr>
      </w:pPr>
      <w:r w:rsidRPr="00FC2655">
        <w:rPr>
          <w:sz w:val="24"/>
          <w:szCs w:val="24"/>
          <w:lang w:eastAsia="zh-CN"/>
        </w:rPr>
        <w:t>A.管信仰B.管理想C.管实绩D.管纪律</w:t>
      </w:r>
    </w:p>
    <w:p w:rsidR="00074C75" w:rsidRPr="00FC2655" w:rsidP="00FC2655" w14:paraId="13C3A680" w14:textId="41C85F01">
      <w:pPr>
        <w:spacing w:line="480" w:lineRule="auto"/>
        <w:rPr>
          <w:sz w:val="24"/>
          <w:szCs w:val="24"/>
          <w:lang w:eastAsia="zh-CN"/>
        </w:rPr>
      </w:pPr>
      <w:r w:rsidRPr="00FC2655">
        <w:rPr>
          <w:sz w:val="24"/>
          <w:szCs w:val="24"/>
          <w:lang w:eastAsia="zh-CN"/>
        </w:rPr>
        <w:t>x</w:t>
      </w:r>
      <w:r w:rsidRPr="00FC2655">
        <w:rPr>
          <w:sz w:val="24"/>
          <w:szCs w:val="24"/>
          <w:lang w:eastAsia="zh-CN"/>
        </w:rPr>
        <w:t>.正确的选人用人应该是坚决破除唯论文、唯职称、唯学历、（A）。</w:t>
      </w:r>
    </w:p>
    <w:p w:rsidR="00074C75" w:rsidRPr="00FC2655" w:rsidP="00FC2655" w14:paraId="0163DAFB" w14:textId="3EF18560">
      <w:pPr>
        <w:spacing w:line="480" w:lineRule="auto"/>
        <w:rPr>
          <w:sz w:val="24"/>
          <w:szCs w:val="24"/>
          <w:lang w:eastAsia="zh-CN"/>
        </w:rPr>
      </w:pPr>
      <w:r w:rsidRPr="00FC2655">
        <w:rPr>
          <w:sz w:val="24"/>
          <w:szCs w:val="24"/>
          <w:lang w:eastAsia="zh-CN"/>
        </w:rPr>
        <w:t>A.唯奖项B.唯基层C.唯专业D.唯地域</w:t>
      </w:r>
    </w:p>
    <w:p w:rsidR="00074C75" w:rsidRPr="00FC2655" w:rsidP="00FC2655" w14:paraId="671BBC4B" w14:textId="52968FD0">
      <w:pPr>
        <w:spacing w:line="480" w:lineRule="auto"/>
        <w:rPr>
          <w:sz w:val="24"/>
          <w:szCs w:val="24"/>
          <w:lang w:eastAsia="zh-CN"/>
        </w:rPr>
      </w:pPr>
      <w:r w:rsidRPr="00FC2655">
        <w:rPr>
          <w:sz w:val="24"/>
          <w:szCs w:val="24"/>
          <w:lang w:eastAsia="zh-CN"/>
        </w:rPr>
        <w:t>x</w:t>
      </w:r>
      <w:r w:rsidRPr="00FC2655">
        <w:rPr>
          <w:sz w:val="24"/>
          <w:szCs w:val="24"/>
          <w:lang w:eastAsia="zh-CN"/>
        </w:rPr>
        <w:t>x</w:t>
      </w:r>
      <w:r w:rsidRPr="00FC2655">
        <w:rPr>
          <w:sz w:val="24"/>
          <w:szCs w:val="24"/>
          <w:lang w:eastAsia="zh-CN"/>
        </w:rPr>
        <w:t>.《中国共产党组织工作条例》由中央（C）负责解释。</w:t>
      </w:r>
    </w:p>
    <w:p w:rsidR="00074C75" w:rsidRPr="00FC2655" w:rsidP="00FC2655" w14:paraId="3C0EAF29" w14:textId="7517F387">
      <w:pPr>
        <w:spacing w:line="480" w:lineRule="auto"/>
        <w:rPr>
          <w:sz w:val="24"/>
          <w:szCs w:val="24"/>
          <w:lang w:eastAsia="zh-CN"/>
        </w:rPr>
      </w:pPr>
      <w:r w:rsidRPr="00FC2655">
        <w:rPr>
          <w:sz w:val="24"/>
          <w:szCs w:val="24"/>
          <w:lang w:eastAsia="zh-CN"/>
        </w:rPr>
        <w:t>A.办公厅B.纪委C.组织部D.宣传部</w:t>
      </w:r>
    </w:p>
    <w:p w:rsidR="00074C75" w:rsidRPr="00FC2655" w:rsidP="00FC2655" w14:paraId="518C35D5" w14:textId="32E6817F">
      <w:pPr>
        <w:spacing w:line="480" w:lineRule="auto"/>
        <w:rPr>
          <w:sz w:val="24"/>
          <w:szCs w:val="24"/>
          <w:lang w:eastAsia="zh-CN"/>
        </w:rPr>
      </w:pPr>
      <w:r w:rsidRPr="00FC2655">
        <w:rPr>
          <w:sz w:val="24"/>
          <w:szCs w:val="24"/>
          <w:lang w:eastAsia="zh-CN"/>
        </w:rPr>
        <w:t>三、多项选择题（每题</w:t>
      </w:r>
      <w:r w:rsidRPr="00FC2655">
        <w:rPr>
          <w:sz w:val="24"/>
          <w:szCs w:val="24"/>
          <w:lang w:eastAsia="zh-CN"/>
        </w:rPr>
        <w:t>x</w:t>
      </w:r>
      <w:r w:rsidRPr="00FC2655">
        <w:rPr>
          <w:sz w:val="24"/>
          <w:szCs w:val="24"/>
          <w:lang w:eastAsia="zh-CN"/>
        </w:rPr>
        <w:t>分，共</w:t>
      </w:r>
      <w:r w:rsidRPr="00FC2655">
        <w:rPr>
          <w:sz w:val="24"/>
          <w:szCs w:val="24"/>
          <w:lang w:eastAsia="zh-CN"/>
        </w:rPr>
        <w:t>x</w:t>
      </w:r>
      <w:r w:rsidRPr="00FC2655">
        <w:rPr>
          <w:sz w:val="24"/>
          <w:szCs w:val="24"/>
          <w:lang w:eastAsia="zh-CN"/>
        </w:rPr>
        <w:t>x</w:t>
      </w:r>
      <w:r w:rsidRPr="00FC2655">
        <w:rPr>
          <w:sz w:val="24"/>
          <w:szCs w:val="24"/>
          <w:lang w:eastAsia="zh-CN"/>
        </w:rPr>
        <w:t>分）</w:t>
      </w:r>
    </w:p>
    <w:p w:rsidR="00074C75" w:rsidRPr="00FC2655" w:rsidP="00FC2655" w14:paraId="34DEA33E" w14:textId="5002BDED">
      <w:pPr>
        <w:spacing w:line="480" w:lineRule="auto"/>
        <w:rPr>
          <w:sz w:val="24"/>
          <w:szCs w:val="24"/>
          <w:lang w:eastAsia="zh-CN"/>
        </w:rPr>
      </w:pPr>
      <w:r w:rsidRPr="00FC2655">
        <w:rPr>
          <w:sz w:val="24"/>
          <w:szCs w:val="24"/>
          <w:lang w:eastAsia="zh-CN"/>
        </w:rPr>
        <w:t>x</w:t>
      </w:r>
      <w:r w:rsidRPr="00FC2655">
        <w:rPr>
          <w:sz w:val="24"/>
          <w:szCs w:val="24"/>
          <w:lang w:eastAsia="zh-CN"/>
        </w:rPr>
        <w:t>.党的组织工作是以（ABCD）为主要内容的实践活动.</w:t>
      </w:r>
    </w:p>
    <w:p w:rsidR="00074C75" w:rsidRPr="00FC2655" w:rsidP="00FC2655" w14:paraId="35DCFBE9" w14:textId="143D104E">
      <w:pPr>
        <w:spacing w:line="480" w:lineRule="auto"/>
        <w:rPr>
          <w:sz w:val="24"/>
          <w:szCs w:val="24"/>
          <w:lang w:eastAsia="zh-CN"/>
        </w:rPr>
      </w:pPr>
      <w:r w:rsidRPr="00FC2655">
        <w:rPr>
          <w:sz w:val="24"/>
          <w:szCs w:val="24"/>
          <w:lang w:eastAsia="zh-CN"/>
        </w:rPr>
        <w:t>A.党的组织体系建设B.领导班子和干部队伍建设</w:t>
      </w:r>
    </w:p>
    <w:p w:rsidR="00074C75" w:rsidRPr="00FC2655" w:rsidP="00FC2655" w14:paraId="47DA6849" w14:textId="05A746B3">
      <w:pPr>
        <w:spacing w:line="480" w:lineRule="auto"/>
        <w:rPr>
          <w:sz w:val="24"/>
          <w:szCs w:val="24"/>
          <w:lang w:eastAsia="zh-CN"/>
        </w:rPr>
      </w:pPr>
      <w:r w:rsidRPr="00FC2655">
        <w:rPr>
          <w:sz w:val="24"/>
          <w:szCs w:val="24"/>
          <w:lang w:eastAsia="zh-CN"/>
        </w:rPr>
        <w:t>C.人才队伍建设D.党员队伍建设</w:t>
      </w:r>
    </w:p>
    <w:p w:rsidR="00074C75" w:rsidRPr="00FC2655" w:rsidP="00FC2655" w14:paraId="3EBC058A" w14:textId="7D4FE3A4">
      <w:pPr>
        <w:spacing w:line="480" w:lineRule="auto"/>
        <w:rPr>
          <w:sz w:val="24"/>
          <w:szCs w:val="24"/>
          <w:lang w:eastAsia="zh-CN"/>
        </w:rPr>
      </w:pPr>
      <w:r w:rsidRPr="00FC2655">
        <w:rPr>
          <w:sz w:val="24"/>
          <w:szCs w:val="24"/>
          <w:lang w:eastAsia="zh-CN"/>
        </w:rPr>
        <w:t>x</w:t>
      </w:r>
      <w:r w:rsidRPr="00FC2655">
        <w:rPr>
          <w:sz w:val="24"/>
          <w:szCs w:val="24"/>
          <w:lang w:eastAsia="zh-CN"/>
        </w:rPr>
        <w:t>.党的组织工作着力培养（ABCD）的高素质干部。</w:t>
      </w:r>
    </w:p>
    <w:p w:rsidR="00074C75" w:rsidRPr="00FC2655" w:rsidP="00FC2655" w14:paraId="3B7368DF" w14:textId="7CDD07A1">
      <w:pPr>
        <w:spacing w:line="480" w:lineRule="auto"/>
        <w:rPr>
          <w:sz w:val="24"/>
          <w:szCs w:val="24"/>
          <w:lang w:eastAsia="zh-CN"/>
        </w:rPr>
      </w:pPr>
      <w:r w:rsidRPr="00FC2655">
        <w:rPr>
          <w:sz w:val="24"/>
          <w:szCs w:val="24"/>
          <w:lang w:eastAsia="zh-CN"/>
        </w:rPr>
        <w:t>A.忠诚B.干净C.担当D.勤政</w:t>
      </w:r>
    </w:p>
    <w:p w:rsidR="00074C75" w:rsidRPr="00FC2655" w:rsidP="00FC2655" w14:paraId="53D1C959" w14:textId="467AB1D6">
      <w:pPr>
        <w:spacing w:line="480" w:lineRule="auto"/>
        <w:rPr>
          <w:sz w:val="24"/>
          <w:szCs w:val="24"/>
          <w:lang w:eastAsia="zh-CN"/>
        </w:rPr>
      </w:pPr>
      <w:r w:rsidRPr="00FC2655">
        <w:rPr>
          <w:sz w:val="24"/>
          <w:szCs w:val="24"/>
          <w:lang w:eastAsia="zh-CN"/>
        </w:rPr>
        <w:t>x</w:t>
      </w:r>
      <w:r w:rsidRPr="00FC2655">
        <w:rPr>
          <w:sz w:val="24"/>
          <w:szCs w:val="24"/>
          <w:lang w:eastAsia="zh-CN"/>
        </w:rPr>
        <w:t>.（ABC）是党的组织体系的大脑和中枢。</w:t>
      </w:r>
    </w:p>
    <w:p w:rsidR="00074C75" w:rsidRPr="00FC2655" w:rsidP="00FC2655" w14:paraId="7F626430" w14:textId="6C052C71">
      <w:pPr>
        <w:spacing w:line="480" w:lineRule="auto"/>
        <w:rPr>
          <w:sz w:val="24"/>
          <w:szCs w:val="24"/>
          <w:lang w:eastAsia="zh-CN"/>
        </w:rPr>
      </w:pPr>
      <w:r w:rsidRPr="00FC2655">
        <w:rPr>
          <w:sz w:val="24"/>
          <w:szCs w:val="24"/>
          <w:lang w:eastAsia="zh-CN"/>
        </w:rPr>
        <w:t>A.党的中央委员会B.中央政治局</w:t>
      </w:r>
    </w:p>
    <w:p w:rsidR="00074C75" w:rsidRPr="00FC2655" w:rsidP="00FC2655" w14:paraId="32A24FAD" w14:textId="1D86D2C1">
      <w:pPr>
        <w:spacing w:line="480" w:lineRule="auto"/>
        <w:rPr>
          <w:sz w:val="24"/>
          <w:szCs w:val="24"/>
          <w:lang w:eastAsia="zh-CN"/>
        </w:rPr>
      </w:pPr>
      <w:r w:rsidRPr="00FC2655">
        <w:rPr>
          <w:sz w:val="24"/>
          <w:szCs w:val="24"/>
          <w:lang w:eastAsia="zh-CN"/>
        </w:rPr>
        <w:t>C.中央政治局常务委员会D.中央书记处</w:t>
      </w:r>
    </w:p>
    <w:p w:rsidR="00074C75" w:rsidRPr="00FC2655" w:rsidP="00FC2655" w14:paraId="3BF1D9D3" w14:textId="584FF893">
      <w:pPr>
        <w:spacing w:line="480" w:lineRule="auto"/>
        <w:rPr>
          <w:sz w:val="24"/>
          <w:szCs w:val="24"/>
          <w:lang w:eastAsia="zh-CN"/>
        </w:rPr>
      </w:pPr>
      <w:r w:rsidRPr="00FC2655">
        <w:rPr>
          <w:sz w:val="24"/>
          <w:szCs w:val="24"/>
          <w:lang w:eastAsia="zh-CN"/>
        </w:rPr>
        <w:t>x</w:t>
      </w:r>
      <w:r w:rsidRPr="00FC2655">
        <w:rPr>
          <w:sz w:val="24"/>
          <w:szCs w:val="24"/>
          <w:lang w:eastAsia="zh-CN"/>
        </w:rPr>
        <w:t>.党的组织体系的大脑和中枢，在推进中国特色社会主义事业中的作用是（ABCD）。</w:t>
      </w:r>
    </w:p>
    <w:p w:rsidR="00074C75" w:rsidRPr="00FC2655" w:rsidP="00FC2655" w14:paraId="16780BBF" w14:textId="0EFFFDAA">
      <w:pPr>
        <w:spacing w:line="480" w:lineRule="auto"/>
        <w:rPr>
          <w:sz w:val="24"/>
          <w:szCs w:val="24"/>
          <w:lang w:eastAsia="zh-CN"/>
        </w:rPr>
      </w:pPr>
      <w:r w:rsidRPr="00FC2655">
        <w:rPr>
          <w:sz w:val="24"/>
          <w:szCs w:val="24"/>
          <w:lang w:eastAsia="zh-CN"/>
        </w:rPr>
        <w:t>A.把方向B.谋大局C.定政策D.促改革</w:t>
      </w:r>
    </w:p>
    <w:p w:rsidR="00074C75" w:rsidRPr="00FC2655" w:rsidP="00FC2655" w14:paraId="14A55DFF" w14:textId="0DB32992">
      <w:pPr>
        <w:spacing w:line="480" w:lineRule="auto"/>
        <w:rPr>
          <w:sz w:val="24"/>
          <w:szCs w:val="24"/>
          <w:lang w:eastAsia="zh-CN"/>
        </w:rPr>
      </w:pPr>
      <w:r w:rsidRPr="00FC2655">
        <w:rPr>
          <w:sz w:val="24"/>
          <w:szCs w:val="24"/>
          <w:lang w:eastAsia="zh-CN"/>
        </w:rPr>
        <w:t>x</w:t>
      </w:r>
      <w:r w:rsidRPr="00FC2655">
        <w:rPr>
          <w:sz w:val="24"/>
          <w:szCs w:val="24"/>
          <w:lang w:eastAsia="zh-CN"/>
        </w:rPr>
        <w:t>.党的地方委员会全面负责本地区党的建设，履行（ABCD）职责。</w:t>
      </w:r>
    </w:p>
    <w:p w:rsidR="00074C75" w:rsidRPr="00FC2655" w:rsidP="00FC2655" w14:paraId="38EAFB4C" w14:textId="2D4E6C1B">
      <w:pPr>
        <w:spacing w:line="480" w:lineRule="auto"/>
        <w:rPr>
          <w:sz w:val="24"/>
          <w:szCs w:val="24"/>
          <w:lang w:eastAsia="zh-CN"/>
        </w:rPr>
      </w:pPr>
      <w:r w:rsidRPr="00FC2655">
        <w:rPr>
          <w:sz w:val="24"/>
          <w:szCs w:val="24"/>
          <w:lang w:eastAsia="zh-CN"/>
        </w:rPr>
        <w:t>A.把方向B.管大局C.作决策D.保落实</w:t>
      </w:r>
    </w:p>
    <w:p w:rsidR="00074C75" w:rsidRPr="00FC2655" w:rsidP="00FC2655" w14:paraId="7924F359" w14:textId="349605C6">
      <w:pPr>
        <w:spacing w:line="480" w:lineRule="auto"/>
        <w:rPr>
          <w:sz w:val="24"/>
          <w:szCs w:val="24"/>
          <w:lang w:eastAsia="zh-CN"/>
        </w:rPr>
      </w:pPr>
      <w:r w:rsidRPr="00FC2655">
        <w:rPr>
          <w:sz w:val="24"/>
          <w:szCs w:val="24"/>
          <w:lang w:eastAsia="zh-CN"/>
        </w:rPr>
        <w:t>x</w:t>
      </w:r>
      <w:r w:rsidRPr="00FC2655">
        <w:rPr>
          <w:sz w:val="24"/>
          <w:szCs w:val="24"/>
          <w:lang w:eastAsia="zh-CN"/>
        </w:rPr>
        <w:t>.党内制度包括、谈心谈话、民主评议党员和（ABCD）等。</w:t>
      </w:r>
    </w:p>
    <w:p w:rsidR="00074C75" w:rsidRPr="00FC2655" w:rsidP="00FC2655" w14:paraId="0DAFB03A" w14:textId="7A685F15">
      <w:pPr>
        <w:spacing w:line="480" w:lineRule="auto"/>
        <w:rPr>
          <w:sz w:val="24"/>
          <w:szCs w:val="24"/>
          <w:lang w:eastAsia="zh-CN"/>
        </w:rPr>
      </w:pPr>
      <w:r w:rsidRPr="00FC2655">
        <w:rPr>
          <w:sz w:val="24"/>
          <w:szCs w:val="24"/>
          <w:lang w:eastAsia="zh-CN"/>
        </w:rPr>
        <w:t>A.民主生活会B.组织生活会C.“三会一课”D.主题党日</w:t>
      </w:r>
    </w:p>
    <w:p w:rsidR="00074C75" w:rsidRPr="00FC2655" w:rsidP="00FC2655" w14:paraId="65D38BAC" w14:textId="1114A6E3">
      <w:pPr>
        <w:spacing w:line="480" w:lineRule="auto"/>
        <w:rPr>
          <w:sz w:val="24"/>
          <w:szCs w:val="24"/>
          <w:lang w:eastAsia="zh-CN"/>
        </w:rPr>
      </w:pPr>
      <w:r w:rsidRPr="00FC2655">
        <w:rPr>
          <w:sz w:val="24"/>
          <w:szCs w:val="24"/>
          <w:lang w:eastAsia="zh-CN"/>
        </w:rPr>
        <w:t>x</w:t>
      </w:r>
      <w:r w:rsidRPr="00FC2655">
        <w:rPr>
          <w:sz w:val="24"/>
          <w:szCs w:val="24"/>
          <w:lang w:eastAsia="zh-CN"/>
        </w:rPr>
        <w:t>.好干部标准是指（ABCD）</w:t>
      </w:r>
    </w:p>
    <w:p w:rsidR="00074C75" w:rsidRPr="00FC2655" w:rsidP="00FC2655" w14:paraId="0BBD8C20" w14:textId="6053087D">
      <w:pPr>
        <w:spacing w:line="480" w:lineRule="auto"/>
        <w:rPr>
          <w:sz w:val="24"/>
          <w:szCs w:val="24"/>
          <w:lang w:eastAsia="zh-CN"/>
        </w:rPr>
      </w:pPr>
      <w:r w:rsidRPr="00FC2655">
        <w:rPr>
          <w:sz w:val="24"/>
          <w:szCs w:val="24"/>
          <w:lang w:eastAsia="zh-CN"/>
        </w:rPr>
        <w:t>A.德才兼备B.以德为先C.坚持五湖四海D.任人唯贤</w:t>
      </w:r>
    </w:p>
    <w:p w:rsidR="00074C75" w:rsidRPr="00FC2655" w:rsidP="00FC2655" w14:paraId="282C66D2" w14:textId="6C797BD3">
      <w:pPr>
        <w:spacing w:line="480" w:lineRule="auto"/>
        <w:rPr>
          <w:sz w:val="24"/>
          <w:szCs w:val="24"/>
          <w:lang w:eastAsia="zh-CN"/>
        </w:rPr>
      </w:pPr>
      <w:r w:rsidRPr="00FC2655">
        <w:rPr>
          <w:sz w:val="24"/>
          <w:szCs w:val="24"/>
          <w:lang w:eastAsia="zh-CN"/>
        </w:rPr>
        <w:t>x</w:t>
      </w:r>
      <w:r w:rsidRPr="00FC2655">
        <w:rPr>
          <w:sz w:val="24"/>
          <w:szCs w:val="24"/>
          <w:lang w:eastAsia="zh-CN"/>
        </w:rPr>
        <w:t>.根据（ABC）和业务管理体制以及队伍建设需要，合理确定干部管理职责、范围、权限、方式和程序，做好干部双重管理工作。</w:t>
      </w:r>
    </w:p>
    <w:p w:rsidR="00074C75" w:rsidRPr="00FC2655" w:rsidP="00FC2655" w14:paraId="7A763B2D" w14:textId="0B903462">
      <w:pPr>
        <w:spacing w:line="480" w:lineRule="auto"/>
        <w:rPr>
          <w:sz w:val="24"/>
          <w:szCs w:val="24"/>
          <w:lang w:eastAsia="zh-CN"/>
        </w:rPr>
      </w:pPr>
      <w:r w:rsidRPr="00FC2655">
        <w:rPr>
          <w:sz w:val="24"/>
          <w:szCs w:val="24"/>
          <w:lang w:eastAsia="zh-CN"/>
        </w:rPr>
        <w:t>A.事权划分B.行业领域属性特点C.机构设置D.地域特点</w:t>
      </w:r>
    </w:p>
    <w:p w:rsidR="00074C75" w:rsidRPr="00FC2655" w:rsidP="00FC2655" w14:paraId="55F09FDE" w14:textId="36364847">
      <w:pPr>
        <w:spacing w:line="480" w:lineRule="auto"/>
        <w:rPr>
          <w:sz w:val="24"/>
          <w:szCs w:val="24"/>
          <w:lang w:eastAsia="zh-CN"/>
        </w:rPr>
      </w:pPr>
      <w:r w:rsidRPr="00FC2655">
        <w:rPr>
          <w:sz w:val="24"/>
          <w:szCs w:val="24"/>
          <w:lang w:eastAsia="zh-CN"/>
        </w:rPr>
        <w:t>x</w:t>
      </w:r>
      <w:r w:rsidRPr="00FC2655">
        <w:rPr>
          <w:sz w:val="24"/>
          <w:szCs w:val="24"/>
          <w:lang w:eastAsia="zh-CN"/>
        </w:rPr>
        <w:t>.领导班子建设要提高（ABC），努力把各级领导班子锻造成为忠实践行习近平新时代中国特色社会主义思想、坚定贯彻落实党中央决策部署的坚强领导集体。</w:t>
      </w:r>
    </w:p>
    <w:p w:rsidR="00074C75" w:rsidRPr="00FC2655" w:rsidP="00FC2655" w14:paraId="13A16A37" w14:textId="5B7F99DE">
      <w:pPr>
        <w:spacing w:line="480" w:lineRule="auto"/>
        <w:rPr>
          <w:sz w:val="24"/>
          <w:szCs w:val="24"/>
          <w:lang w:eastAsia="zh-CN"/>
        </w:rPr>
      </w:pPr>
      <w:r w:rsidRPr="00FC2655">
        <w:rPr>
          <w:sz w:val="24"/>
          <w:szCs w:val="24"/>
          <w:lang w:eastAsia="zh-CN"/>
        </w:rPr>
        <w:t>A.政治判断力B.政治领悟力C.政治执行力D.政治决策力</w:t>
      </w:r>
    </w:p>
    <w:p w:rsidR="00074C75" w:rsidRPr="00FC2655" w:rsidP="00FC2655" w14:paraId="390AFAD7" w14:textId="493EBDD4">
      <w:pPr>
        <w:spacing w:line="480" w:lineRule="auto"/>
        <w:rPr>
          <w:sz w:val="24"/>
          <w:szCs w:val="24"/>
          <w:lang w:eastAsia="zh-CN"/>
        </w:rPr>
      </w:pPr>
      <w:r w:rsidRPr="00FC2655">
        <w:rPr>
          <w:sz w:val="24"/>
          <w:szCs w:val="24"/>
          <w:lang w:eastAsia="zh-CN"/>
        </w:rPr>
        <w:t>x</w:t>
      </w:r>
      <w:r w:rsidRPr="00FC2655">
        <w:rPr>
          <w:sz w:val="24"/>
          <w:szCs w:val="24"/>
          <w:lang w:eastAsia="zh-CN"/>
        </w:rPr>
        <w:t>x</w:t>
      </w:r>
      <w:r w:rsidRPr="00FC2655">
        <w:rPr>
          <w:sz w:val="24"/>
          <w:szCs w:val="24"/>
          <w:lang w:eastAsia="zh-CN"/>
        </w:rPr>
        <w:t>.干部队伍建设要建立健全源头培养和（BC）的素质培养体系，</w:t>
      </w:r>
    </w:p>
    <w:p w:rsidR="00074C75" w:rsidRPr="00FC2655" w:rsidP="00FC2655" w14:paraId="13B13ED3" w14:textId="0705423D">
      <w:pPr>
        <w:spacing w:line="480" w:lineRule="auto"/>
        <w:rPr>
          <w:sz w:val="24"/>
          <w:szCs w:val="24"/>
          <w:lang w:eastAsia="zh-CN"/>
        </w:rPr>
      </w:pPr>
      <w:r w:rsidRPr="00FC2655">
        <w:rPr>
          <w:sz w:val="24"/>
          <w:szCs w:val="24"/>
          <w:lang w:eastAsia="zh-CN"/>
        </w:rPr>
        <w:t>A.日常培养B.跟踪培养C.全程培养D.专项培养</w:t>
      </w:r>
    </w:p>
    <w:p w:rsidR="00074C75" w:rsidRPr="00FC2655" w:rsidP="00FC2655" w14:paraId="2210729C" w14:textId="6FCAD7ED">
      <w:pPr>
        <w:spacing w:line="480" w:lineRule="auto"/>
        <w:rPr>
          <w:sz w:val="24"/>
          <w:szCs w:val="24"/>
          <w:lang w:eastAsia="zh-CN"/>
        </w:rPr>
      </w:pPr>
      <w:r w:rsidRPr="00FC2655">
        <w:rPr>
          <w:sz w:val="24"/>
          <w:szCs w:val="24"/>
          <w:lang w:eastAsia="zh-CN"/>
        </w:rPr>
        <w:t>四、判断题（每题</w:t>
      </w:r>
      <w:r w:rsidRPr="00FC2655">
        <w:rPr>
          <w:sz w:val="24"/>
          <w:szCs w:val="24"/>
          <w:lang w:eastAsia="zh-CN"/>
        </w:rPr>
        <w:t>x</w:t>
      </w:r>
      <w:r w:rsidRPr="00FC2655">
        <w:rPr>
          <w:sz w:val="24"/>
          <w:szCs w:val="24"/>
          <w:lang w:eastAsia="zh-CN"/>
        </w:rPr>
        <w:t>分，共</w:t>
      </w:r>
      <w:r w:rsidRPr="00FC2655">
        <w:rPr>
          <w:sz w:val="24"/>
          <w:szCs w:val="24"/>
          <w:lang w:eastAsia="zh-CN"/>
        </w:rPr>
        <w:t>x</w:t>
      </w:r>
      <w:r w:rsidRPr="00FC2655">
        <w:rPr>
          <w:sz w:val="24"/>
          <w:szCs w:val="24"/>
          <w:lang w:eastAsia="zh-CN"/>
        </w:rPr>
        <w:t>x</w:t>
      </w:r>
      <w:r w:rsidRPr="00FC2655">
        <w:rPr>
          <w:sz w:val="24"/>
          <w:szCs w:val="24"/>
          <w:lang w:eastAsia="zh-CN"/>
        </w:rPr>
        <w:t>分）</w:t>
      </w:r>
    </w:p>
    <w:p w:rsidR="00074C75" w:rsidRPr="00FC2655" w:rsidP="00FC2655" w14:paraId="45EB2A70" w14:textId="53CAA106">
      <w:pPr>
        <w:spacing w:line="480" w:lineRule="auto"/>
        <w:rPr>
          <w:sz w:val="24"/>
          <w:szCs w:val="24"/>
          <w:lang w:eastAsia="zh-CN"/>
        </w:rPr>
      </w:pPr>
      <w:r w:rsidRPr="00FC2655">
        <w:rPr>
          <w:sz w:val="24"/>
          <w:szCs w:val="24"/>
          <w:lang w:eastAsia="zh-CN"/>
        </w:rPr>
        <w:t>x</w:t>
      </w:r>
      <w:r w:rsidRPr="00FC2655">
        <w:rPr>
          <w:sz w:val="24"/>
          <w:szCs w:val="24"/>
          <w:lang w:eastAsia="zh-CN"/>
        </w:rPr>
        <w:t>.党的组织工作着力集聚爱国敬业的各方面优秀人才，充分发挥基层党组织战斗堡垒作用和党员先锋模范作用。（×）爱国奉献</w:t>
      </w:r>
    </w:p>
    <w:p w:rsidR="00074C75" w:rsidRPr="00FC2655" w:rsidP="00FC2655" w14:paraId="35CD52C0" w14:textId="1F903BD2">
      <w:pPr>
        <w:spacing w:line="480" w:lineRule="auto"/>
        <w:rPr>
          <w:sz w:val="24"/>
          <w:szCs w:val="24"/>
          <w:lang w:eastAsia="zh-CN"/>
        </w:rPr>
      </w:pPr>
      <w:r w:rsidRPr="00FC2655">
        <w:rPr>
          <w:sz w:val="24"/>
          <w:szCs w:val="24"/>
          <w:lang w:eastAsia="zh-CN"/>
        </w:rPr>
        <w:t>x</w:t>
      </w:r>
      <w:r w:rsidRPr="00FC2655">
        <w:rPr>
          <w:sz w:val="24"/>
          <w:szCs w:val="24"/>
          <w:lang w:eastAsia="zh-CN"/>
        </w:rPr>
        <w:t>.党中央以及地方各级党委设置组织部。（×）</w:t>
      </w:r>
    </w:p>
    <w:p w:rsidR="00074C75" w:rsidRPr="00FC2655" w:rsidP="00FC2655" w14:paraId="25150023" w14:textId="7B53BC8E">
      <w:pPr>
        <w:spacing w:line="480" w:lineRule="auto"/>
        <w:rPr>
          <w:sz w:val="24"/>
          <w:szCs w:val="24"/>
          <w:lang w:eastAsia="zh-CN"/>
        </w:rPr>
      </w:pPr>
      <w:r w:rsidRPr="00FC2655">
        <w:rPr>
          <w:sz w:val="24"/>
          <w:szCs w:val="24"/>
          <w:lang w:eastAsia="zh-CN"/>
        </w:rPr>
        <w:t>x</w:t>
      </w:r>
      <w:r w:rsidRPr="00FC2655">
        <w:rPr>
          <w:sz w:val="24"/>
          <w:szCs w:val="24"/>
          <w:lang w:eastAsia="zh-CN"/>
        </w:rPr>
        <w:t>.党的组织工作实行党中央集中统一领导，各级党委（党组）分级分类领导，组织部门专门负责，有关方面各司其职、密切配合的领导体制。（√）</w:t>
      </w:r>
    </w:p>
    <w:p w:rsidR="00074C75" w:rsidRPr="00FC2655" w:rsidP="00FC2655" w14:paraId="3D23E3E2" w14:textId="5675888C">
      <w:pPr>
        <w:spacing w:line="480" w:lineRule="auto"/>
        <w:rPr>
          <w:sz w:val="24"/>
          <w:szCs w:val="24"/>
          <w:lang w:eastAsia="zh-CN"/>
        </w:rPr>
      </w:pPr>
      <w:r w:rsidRPr="00FC2655">
        <w:rPr>
          <w:sz w:val="24"/>
          <w:szCs w:val="24"/>
          <w:lang w:eastAsia="zh-CN"/>
        </w:rPr>
        <w:t>x</w:t>
      </w:r>
      <w:r w:rsidRPr="00FC2655">
        <w:rPr>
          <w:sz w:val="24"/>
          <w:szCs w:val="24"/>
          <w:lang w:eastAsia="zh-CN"/>
        </w:rPr>
        <w:t>.上级组织部门领导下级组织部门工作。（×）指导</w:t>
      </w:r>
    </w:p>
    <w:p w:rsidR="00074C75" w:rsidRPr="00FC2655" w:rsidP="00FC2655" w14:paraId="43F8892D" w14:textId="76045187">
      <w:pPr>
        <w:spacing w:line="480" w:lineRule="auto"/>
        <w:rPr>
          <w:sz w:val="24"/>
          <w:szCs w:val="24"/>
          <w:lang w:eastAsia="zh-CN"/>
        </w:rPr>
      </w:pPr>
      <w:r w:rsidRPr="00FC2655">
        <w:rPr>
          <w:sz w:val="24"/>
          <w:szCs w:val="24"/>
          <w:lang w:eastAsia="zh-CN"/>
        </w:rPr>
        <w:t>x</w:t>
      </w:r>
      <w:r w:rsidRPr="00FC2655">
        <w:rPr>
          <w:sz w:val="24"/>
          <w:szCs w:val="24"/>
          <w:lang w:eastAsia="zh-CN"/>
        </w:rPr>
        <w:t>.为执行某项任务临时组建的机构，应当按照有关规定成立临时党组织。（×）</w:t>
      </w:r>
    </w:p>
    <w:p w:rsidR="00074C75" w:rsidRPr="00FC2655" w:rsidP="00FC2655" w14:paraId="6B3055F0" w14:textId="1EB88CC0">
      <w:pPr>
        <w:spacing w:line="480" w:lineRule="auto"/>
        <w:rPr>
          <w:sz w:val="24"/>
          <w:szCs w:val="24"/>
          <w:lang w:eastAsia="zh-CN"/>
        </w:rPr>
      </w:pPr>
      <w:r w:rsidRPr="00FC2655">
        <w:rPr>
          <w:sz w:val="24"/>
          <w:szCs w:val="24"/>
          <w:lang w:eastAsia="zh-CN"/>
        </w:rPr>
        <w:t>x</w:t>
      </w:r>
      <w:r w:rsidRPr="00FC2655">
        <w:rPr>
          <w:sz w:val="24"/>
          <w:szCs w:val="24"/>
          <w:lang w:eastAsia="zh-CN"/>
        </w:rPr>
        <w:t>.党的地方委员会全面负责本地区党的建设，履行把方向、管大局、作决策、保落实职责。（√）</w:t>
      </w:r>
    </w:p>
    <w:p w:rsidR="00074C75" w:rsidRPr="00FC2655" w:rsidP="00FC2655" w14:paraId="7E63BE33" w14:textId="28FC5A06">
      <w:pPr>
        <w:spacing w:line="480" w:lineRule="auto"/>
        <w:rPr>
          <w:sz w:val="24"/>
          <w:szCs w:val="24"/>
          <w:lang w:eastAsia="zh-CN"/>
        </w:rPr>
      </w:pPr>
      <w:r w:rsidRPr="00FC2655">
        <w:rPr>
          <w:sz w:val="24"/>
          <w:szCs w:val="24"/>
          <w:lang w:eastAsia="zh-CN"/>
        </w:rPr>
        <w:t>x</w:t>
      </w:r>
      <w:r w:rsidRPr="00FC2655">
        <w:rPr>
          <w:sz w:val="24"/>
          <w:szCs w:val="24"/>
          <w:lang w:eastAsia="zh-CN"/>
        </w:rPr>
        <w:t>.党小组是党的基础组织，是党组织开展工作的基本单元。（×）</w:t>
      </w:r>
    </w:p>
    <w:p w:rsidR="00074C75" w:rsidRPr="00FC2655" w:rsidP="00FC2655" w14:paraId="22630772" w14:textId="74165B76">
      <w:pPr>
        <w:spacing w:line="480" w:lineRule="auto"/>
        <w:rPr>
          <w:sz w:val="24"/>
          <w:szCs w:val="24"/>
          <w:lang w:eastAsia="zh-CN"/>
        </w:rPr>
      </w:pPr>
      <w:r w:rsidRPr="00FC2655">
        <w:rPr>
          <w:sz w:val="24"/>
          <w:szCs w:val="24"/>
          <w:lang w:eastAsia="zh-CN"/>
        </w:rPr>
        <w:t>x</w:t>
      </w:r>
      <w:r w:rsidRPr="00FC2655">
        <w:rPr>
          <w:sz w:val="24"/>
          <w:szCs w:val="24"/>
          <w:lang w:eastAsia="zh-CN"/>
        </w:rPr>
        <w:t>.党组在本单位发挥领导作用，履行把方向、管大局、定决策、保落实职责。（×）</w:t>
      </w:r>
    </w:p>
    <w:p w:rsidR="00074C75" w:rsidRPr="00FC2655" w:rsidP="00FC2655" w14:paraId="3862238F" w14:textId="18BFC26B">
      <w:pPr>
        <w:spacing w:line="480" w:lineRule="auto"/>
        <w:rPr>
          <w:sz w:val="24"/>
          <w:szCs w:val="24"/>
          <w:lang w:eastAsia="zh-CN"/>
        </w:rPr>
      </w:pPr>
      <w:r w:rsidRPr="00FC2655">
        <w:rPr>
          <w:sz w:val="24"/>
          <w:szCs w:val="24"/>
          <w:lang w:eastAsia="zh-CN"/>
        </w:rPr>
        <w:t>x</w:t>
      </w:r>
      <w:r w:rsidRPr="00FC2655">
        <w:rPr>
          <w:sz w:val="24"/>
          <w:szCs w:val="24"/>
          <w:lang w:eastAsia="zh-CN"/>
        </w:rPr>
        <w:t>.选人用人应把政治标准放在首位，严把政治关、品行关、能力关、作风关、廉洁关。（√）</w:t>
      </w:r>
    </w:p>
    <w:p w:rsidR="00074C75" w:rsidRPr="00FC2655" w:rsidP="00FC2655" w14:paraId="5FEB6123" w14:textId="0F9242CA">
      <w:pPr>
        <w:spacing w:line="480" w:lineRule="auto"/>
        <w:rPr>
          <w:sz w:val="24"/>
          <w:szCs w:val="24"/>
          <w:lang w:eastAsia="zh-CN"/>
        </w:rPr>
      </w:pPr>
      <w:r w:rsidRPr="00FC2655">
        <w:rPr>
          <w:sz w:val="24"/>
          <w:szCs w:val="24"/>
          <w:lang w:eastAsia="zh-CN"/>
        </w:rPr>
        <w:t>x</w:t>
      </w:r>
      <w:r w:rsidRPr="00FC2655">
        <w:rPr>
          <w:sz w:val="24"/>
          <w:szCs w:val="24"/>
          <w:lang w:eastAsia="zh-CN"/>
        </w:rPr>
        <w:t>x</w:t>
      </w:r>
      <w:r w:rsidRPr="00FC2655">
        <w:rPr>
          <w:sz w:val="24"/>
          <w:szCs w:val="24"/>
          <w:lang w:eastAsia="zh-CN"/>
        </w:rPr>
        <w:t>.违反《中国共产党组织工作条例》有关规定的要被开除党籍。（×）</w:t>
      </w:r>
    </w:p>
    <w:p w:rsidR="00074C75" w:rsidRPr="00FC2655" w:rsidP="00FC2655" w14:paraId="15749CFA" w14:textId="7918F088">
      <w:pPr>
        <w:spacing w:line="480" w:lineRule="auto"/>
        <w:rPr>
          <w:sz w:val="24"/>
          <w:szCs w:val="24"/>
          <w:lang w:eastAsia="zh-CN"/>
        </w:rPr>
      </w:pPr>
      <w:r w:rsidRPr="00FC2655">
        <w:rPr>
          <w:sz w:val="24"/>
          <w:szCs w:val="24"/>
          <w:lang w:eastAsia="zh-CN"/>
        </w:rPr>
        <w:t>五、简答题（每题</w:t>
      </w:r>
      <w:r w:rsidRPr="00FC2655">
        <w:rPr>
          <w:sz w:val="24"/>
          <w:szCs w:val="24"/>
          <w:lang w:eastAsia="zh-CN"/>
        </w:rPr>
        <w:t>x</w:t>
      </w:r>
      <w:r w:rsidRPr="00FC2655">
        <w:rPr>
          <w:sz w:val="24"/>
          <w:szCs w:val="24"/>
          <w:lang w:eastAsia="zh-CN"/>
        </w:rPr>
        <w:t>分，共</w:t>
      </w:r>
      <w:r w:rsidRPr="00FC2655">
        <w:rPr>
          <w:sz w:val="24"/>
          <w:szCs w:val="24"/>
          <w:lang w:eastAsia="zh-CN"/>
        </w:rPr>
        <w:t>x</w:t>
      </w:r>
      <w:r w:rsidRPr="00FC2655">
        <w:rPr>
          <w:sz w:val="24"/>
          <w:szCs w:val="24"/>
          <w:lang w:eastAsia="zh-CN"/>
        </w:rPr>
        <w:t>x</w:t>
      </w:r>
      <w:r w:rsidRPr="00FC2655">
        <w:rPr>
          <w:sz w:val="24"/>
          <w:szCs w:val="24"/>
          <w:lang w:eastAsia="zh-CN"/>
        </w:rPr>
        <w:t>分）</w:t>
      </w:r>
    </w:p>
    <w:p w:rsidR="00074C75" w:rsidRPr="00FC2655" w:rsidP="00FC2655" w14:paraId="43AF431E" w14:textId="4CD0979A">
      <w:pPr>
        <w:spacing w:line="480" w:lineRule="auto"/>
        <w:rPr>
          <w:sz w:val="24"/>
          <w:szCs w:val="24"/>
          <w:lang w:eastAsia="zh-CN"/>
        </w:rPr>
      </w:pPr>
      <w:r w:rsidRPr="00FC2655">
        <w:rPr>
          <w:sz w:val="24"/>
          <w:szCs w:val="24"/>
          <w:lang w:eastAsia="zh-CN"/>
        </w:rPr>
        <w:t>x</w:t>
      </w:r>
      <w:r w:rsidRPr="00FC2655">
        <w:rPr>
          <w:sz w:val="24"/>
          <w:szCs w:val="24"/>
          <w:lang w:eastAsia="zh-CN"/>
        </w:rPr>
        <w:t>.简要回答做好党的组织工作的重大意义。</w:t>
      </w:r>
    </w:p>
    <w:p w:rsidR="00074C75" w:rsidRPr="00FC2655" w:rsidP="00FC2655" w14:paraId="0711F46F" w14:textId="7954D512">
      <w:pPr>
        <w:spacing w:line="480" w:lineRule="auto"/>
        <w:rPr>
          <w:sz w:val="24"/>
          <w:szCs w:val="24"/>
          <w:lang w:eastAsia="zh-CN"/>
        </w:rPr>
      </w:pPr>
      <w:r w:rsidRPr="00FC2655">
        <w:rPr>
          <w:sz w:val="24"/>
          <w:szCs w:val="24"/>
          <w:lang w:eastAsia="zh-CN"/>
        </w:rPr>
        <w:t>答：做好党的组织工作是以党的组织体系建设、领导班子和干部队伍建设、人才队伍建设、党员队伍建设为主要内容的实践活动，是巩固党的执政基础、实现党的全面领导、完成党的全部工作的重要保证，是党领导人民不断夺取革命、建设、改革胜利的优良传统和独特优势。</w:t>
      </w:r>
    </w:p>
    <w:p w:rsidR="00074C75" w:rsidRPr="00FC2655" w:rsidP="00FC2655" w14:paraId="2A96D4AC" w14:textId="467F037B">
      <w:pPr>
        <w:spacing w:line="480" w:lineRule="auto"/>
        <w:rPr>
          <w:sz w:val="24"/>
          <w:szCs w:val="24"/>
          <w:lang w:eastAsia="zh-CN"/>
        </w:rPr>
      </w:pPr>
      <w:r w:rsidRPr="00FC2655">
        <w:rPr>
          <w:sz w:val="24"/>
          <w:szCs w:val="24"/>
          <w:lang w:eastAsia="zh-CN"/>
        </w:rPr>
        <w:t>x</w:t>
      </w:r>
      <w:r w:rsidRPr="00FC2655">
        <w:rPr>
          <w:sz w:val="24"/>
          <w:szCs w:val="24"/>
          <w:lang w:eastAsia="zh-CN"/>
        </w:rPr>
        <w:t>.党的组织工作遵循的原则有哪些？</w:t>
      </w:r>
    </w:p>
    <w:p w:rsidR="00074C75" w:rsidRPr="00FC2655" w:rsidP="00FC2655" w14:paraId="26B8A508" w14:textId="11B56DE9">
      <w:pPr>
        <w:spacing w:line="480" w:lineRule="auto"/>
        <w:rPr>
          <w:sz w:val="24"/>
          <w:szCs w:val="24"/>
          <w:lang w:eastAsia="zh-CN"/>
        </w:rPr>
      </w:pPr>
      <w:r w:rsidRPr="00FC2655">
        <w:rPr>
          <w:sz w:val="24"/>
          <w:szCs w:val="24"/>
          <w:lang w:eastAsia="zh-CN"/>
        </w:rPr>
        <w:t>答：坚持党的全面领导；</w:t>
      </w:r>
    </w:p>
    <w:p w:rsidR="00074C75" w:rsidRPr="00FC2655" w:rsidP="00FC2655" w14:paraId="543BCF15" w14:textId="78465085">
      <w:pPr>
        <w:spacing w:line="480" w:lineRule="auto"/>
        <w:rPr>
          <w:sz w:val="24"/>
          <w:szCs w:val="24"/>
          <w:lang w:eastAsia="zh-CN"/>
        </w:rPr>
      </w:pPr>
      <w:r w:rsidRPr="00FC2655">
        <w:rPr>
          <w:sz w:val="24"/>
          <w:szCs w:val="24"/>
          <w:lang w:eastAsia="zh-CN"/>
        </w:rPr>
        <w:t>坚持组织路线服务政治路线；</w:t>
      </w:r>
    </w:p>
    <w:p w:rsidR="00074C75" w:rsidRPr="00FC2655" w:rsidP="00FC2655" w14:paraId="0BBEF533" w14:textId="3C8BE618">
      <w:pPr>
        <w:spacing w:line="480" w:lineRule="auto"/>
        <w:rPr>
          <w:sz w:val="24"/>
          <w:szCs w:val="24"/>
          <w:lang w:eastAsia="zh-CN"/>
        </w:rPr>
      </w:pPr>
      <w:r w:rsidRPr="00FC2655">
        <w:rPr>
          <w:sz w:val="24"/>
          <w:szCs w:val="24"/>
          <w:lang w:eastAsia="zh-CN"/>
        </w:rPr>
        <w:t>坚持民主集中制；</w:t>
      </w:r>
    </w:p>
    <w:p w:rsidR="00074C75" w:rsidRPr="00FC2655" w:rsidP="00FC2655" w14:paraId="76DCFB2F" w14:textId="5E06F039">
      <w:pPr>
        <w:spacing w:line="480" w:lineRule="auto"/>
        <w:rPr>
          <w:sz w:val="24"/>
          <w:szCs w:val="24"/>
          <w:lang w:eastAsia="zh-CN"/>
        </w:rPr>
      </w:pPr>
      <w:r w:rsidRPr="00FC2655">
        <w:rPr>
          <w:sz w:val="24"/>
          <w:szCs w:val="24"/>
          <w:lang w:eastAsia="zh-CN"/>
        </w:rPr>
        <w:t>坚持党的群众路线；</w:t>
      </w:r>
    </w:p>
    <w:p w:rsidR="00074C75" w:rsidRPr="00FC2655" w:rsidP="00FC2655" w14:paraId="29C2FCAE" w14:textId="4B3A9BD0">
      <w:pPr>
        <w:spacing w:line="480" w:lineRule="auto"/>
        <w:rPr>
          <w:sz w:val="24"/>
          <w:szCs w:val="24"/>
          <w:lang w:eastAsia="zh-CN"/>
        </w:rPr>
      </w:pPr>
      <w:r w:rsidRPr="00FC2655">
        <w:rPr>
          <w:sz w:val="24"/>
          <w:szCs w:val="24"/>
          <w:lang w:eastAsia="zh-CN"/>
        </w:rPr>
        <w:t>坚持党管干部、党管人才；</w:t>
      </w:r>
    </w:p>
    <w:p w:rsidR="00074C75" w:rsidRPr="00FC2655" w:rsidP="00FC2655" w14:paraId="7C9C91E8" w14:textId="227863FD">
      <w:pPr>
        <w:spacing w:line="480" w:lineRule="auto"/>
        <w:rPr>
          <w:sz w:val="24"/>
          <w:szCs w:val="24"/>
          <w:lang w:eastAsia="zh-CN"/>
        </w:rPr>
      </w:pPr>
      <w:r w:rsidRPr="00FC2655">
        <w:rPr>
          <w:sz w:val="24"/>
          <w:szCs w:val="24"/>
          <w:lang w:eastAsia="zh-CN"/>
        </w:rPr>
        <w:t>坚持德才兼备、以德为先、任人唯贤；</w:t>
      </w:r>
    </w:p>
    <w:p w:rsidR="00074C75" w:rsidRPr="00FC2655" w:rsidP="00FC2655" w14:paraId="2F27D83F" w14:textId="7FA0AA30">
      <w:pPr>
        <w:spacing w:line="480" w:lineRule="auto"/>
        <w:rPr>
          <w:sz w:val="24"/>
          <w:szCs w:val="24"/>
          <w:lang w:eastAsia="zh-CN"/>
        </w:rPr>
      </w:pPr>
      <w:r w:rsidRPr="00FC2655">
        <w:rPr>
          <w:sz w:val="24"/>
          <w:szCs w:val="24"/>
          <w:lang w:eastAsia="zh-CN"/>
        </w:rPr>
        <w:t>坚持党的组织和党的工作全覆盖；</w:t>
      </w:r>
    </w:p>
    <w:p w:rsidR="00074C75" w:rsidRPr="00FC2655" w:rsidP="00FC2655" w14:paraId="588B5BED" w14:textId="51ADE601">
      <w:pPr>
        <w:spacing w:line="480" w:lineRule="auto"/>
        <w:rPr>
          <w:sz w:val="24"/>
          <w:szCs w:val="24"/>
          <w:lang w:eastAsia="zh-CN"/>
        </w:rPr>
      </w:pPr>
      <w:r w:rsidRPr="00FC2655">
        <w:rPr>
          <w:sz w:val="24"/>
          <w:szCs w:val="24"/>
          <w:lang w:eastAsia="zh-CN"/>
        </w:rPr>
        <w:t>坚持实事求是、公道正派；</w:t>
      </w:r>
    </w:p>
    <w:p w:rsidR="00074C75" w:rsidRPr="00FC2655" w:rsidP="00FC2655" w14:paraId="7546EF13" w14:textId="175D83DD">
      <w:pPr>
        <w:spacing w:line="480" w:lineRule="auto"/>
        <w:rPr>
          <w:sz w:val="24"/>
          <w:szCs w:val="24"/>
          <w:lang w:eastAsia="zh-CN"/>
        </w:rPr>
      </w:pPr>
      <w:r w:rsidRPr="00FC2655">
        <w:rPr>
          <w:sz w:val="24"/>
          <w:szCs w:val="24"/>
          <w:lang w:eastAsia="zh-CN"/>
        </w:rPr>
        <w:t>坚持依法依规、科学规范。</w:t>
      </w:r>
    </w:p>
    <w:p w:rsidR="00074C75" w:rsidRPr="00FC2655" w:rsidP="00FC2655" w14:paraId="0B2AFC38" w14:textId="79988468">
      <w:pPr>
        <w:spacing w:line="480" w:lineRule="auto"/>
        <w:rPr>
          <w:sz w:val="24"/>
          <w:szCs w:val="24"/>
          <w:lang w:eastAsia="zh-CN"/>
        </w:rPr>
      </w:pPr>
      <w:r w:rsidRPr="00FC2655">
        <w:rPr>
          <w:sz w:val="24"/>
          <w:szCs w:val="24"/>
          <w:lang w:eastAsia="zh-CN"/>
        </w:rPr>
        <w:t>x</w:t>
      </w:r>
      <w:r w:rsidRPr="00FC2655">
        <w:rPr>
          <w:sz w:val="24"/>
          <w:szCs w:val="24"/>
          <w:lang w:eastAsia="zh-CN"/>
        </w:rPr>
        <w:t>.党内的四个服从是指什么？</w:t>
      </w:r>
    </w:p>
    <w:p w:rsidR="00074C75" w:rsidRPr="00FC2655" w:rsidP="00FC2655" w14:paraId="17CF23AE" w14:textId="6B1C82CA">
      <w:pPr>
        <w:spacing w:line="480" w:lineRule="auto"/>
        <w:rPr>
          <w:sz w:val="24"/>
          <w:szCs w:val="24"/>
          <w:lang w:eastAsia="zh-CN"/>
        </w:rPr>
      </w:pPr>
      <w:r w:rsidRPr="00FC2655">
        <w:rPr>
          <w:sz w:val="24"/>
          <w:szCs w:val="24"/>
          <w:lang w:eastAsia="zh-CN"/>
        </w:rPr>
        <w:t>答：坚持党员个人服从党的组织，少数服从多数，下级组织服从上级组织，全党各个组织和全体党员服从党的全国代表大会和中央委员会。</w:t>
      </w:r>
    </w:p>
    <w:p w:rsidR="00074C75" w:rsidRPr="00FC2655" w:rsidP="00FC2655" w14:paraId="7681EA71" w14:textId="3FD266B6">
      <w:pPr>
        <w:spacing w:line="480" w:lineRule="auto"/>
        <w:rPr>
          <w:sz w:val="24"/>
          <w:szCs w:val="24"/>
          <w:lang w:eastAsia="zh-CN"/>
        </w:rPr>
      </w:pPr>
      <w:r w:rsidRPr="00FC2655">
        <w:rPr>
          <w:sz w:val="24"/>
          <w:szCs w:val="24"/>
          <w:lang w:eastAsia="zh-CN"/>
        </w:rPr>
        <w:t>x</w:t>
      </w:r>
      <w:r w:rsidRPr="00FC2655">
        <w:rPr>
          <w:sz w:val="24"/>
          <w:szCs w:val="24"/>
          <w:lang w:eastAsia="zh-CN"/>
        </w:rPr>
        <w:t>.拓宽选人用人视野干部交流的方式有哪些？</w:t>
      </w:r>
    </w:p>
    <w:p w:rsidR="00074C75" w:rsidRPr="00FC2655" w:rsidP="00FC2655" w14:paraId="6FAC64EB" w14:textId="05BB1A2E">
      <w:pPr>
        <w:spacing w:line="480" w:lineRule="auto"/>
        <w:rPr>
          <w:sz w:val="24"/>
          <w:szCs w:val="24"/>
          <w:lang w:eastAsia="zh-CN"/>
        </w:rPr>
      </w:pPr>
      <w:r w:rsidRPr="00FC2655">
        <w:rPr>
          <w:sz w:val="24"/>
          <w:szCs w:val="24"/>
          <w:lang w:eastAsia="zh-CN"/>
        </w:rPr>
        <w:t>答：推进地方与部门之间、地区之间、部门之间、党政机关与国有企业和事业单位以及其他社会组织之间的干部交流。</w:t>
      </w:r>
    </w:p>
    <w:p w:rsidR="00074C75" w:rsidRPr="00FC2655" w:rsidP="00FC2655" w14:paraId="34C2CF5B" w14:textId="75E803D1">
      <w:pPr>
        <w:spacing w:line="480" w:lineRule="auto"/>
        <w:rPr>
          <w:sz w:val="24"/>
          <w:szCs w:val="24"/>
          <w:lang w:eastAsia="zh-CN"/>
        </w:rPr>
      </w:pPr>
      <w:r w:rsidRPr="00FC2655">
        <w:rPr>
          <w:sz w:val="24"/>
          <w:szCs w:val="24"/>
          <w:lang w:eastAsia="zh-CN"/>
        </w:rPr>
        <w:t>x</w:t>
      </w:r>
      <w:r w:rsidRPr="00FC2655">
        <w:rPr>
          <w:sz w:val="24"/>
          <w:szCs w:val="24"/>
          <w:lang w:eastAsia="zh-CN"/>
        </w:rPr>
        <w:t>.对党员干部政治监督的重点是什么？</w:t>
      </w:r>
    </w:p>
    <w:p w:rsidR="00074C75" w:rsidRPr="00FC2655" w:rsidP="00FC2655" w14:paraId="12378527" w14:textId="60E7501A">
      <w:pPr>
        <w:spacing w:line="480" w:lineRule="auto"/>
        <w:rPr>
          <w:sz w:val="24"/>
          <w:szCs w:val="24"/>
          <w:lang w:eastAsia="zh-CN"/>
        </w:rPr>
      </w:pPr>
      <w:r w:rsidRPr="00FC2655">
        <w:rPr>
          <w:sz w:val="24"/>
          <w:szCs w:val="24"/>
          <w:lang w:eastAsia="zh-CN"/>
        </w:rPr>
        <w:t>答：突出对干部做到“两个维护”、遵守党章党规党纪和宪法法律法规、执行党的路线方针政策、贯彻落实党中央决策部署、遵守党内政治生活准则等情况的政治监督。</w:t>
      </w:r>
    </w:p>
    <w:p w:rsidR="00074C75" w:rsidRPr="00FC2655" w:rsidP="00FC2655" w14:paraId="3999BD1A" w14:textId="24F8D3EF">
      <w:pPr>
        <w:spacing w:line="480" w:lineRule="auto"/>
        <w:rPr>
          <w:sz w:val="24"/>
          <w:szCs w:val="24"/>
          <w:lang w:eastAsia="zh-CN"/>
        </w:rPr>
      </w:pPr>
      <w:r w:rsidRPr="00FC2655">
        <w:rPr>
          <w:sz w:val="24"/>
          <w:szCs w:val="24"/>
          <w:lang w:eastAsia="zh-CN"/>
        </w:rPr>
        <w:t>六、论述题（每题</w:t>
      </w:r>
      <w:r w:rsidRPr="00FC2655">
        <w:rPr>
          <w:sz w:val="24"/>
          <w:szCs w:val="24"/>
          <w:lang w:eastAsia="zh-CN"/>
        </w:rPr>
        <w:t>x</w:t>
      </w:r>
      <w:r w:rsidRPr="00FC2655">
        <w:rPr>
          <w:sz w:val="24"/>
          <w:szCs w:val="24"/>
          <w:lang w:eastAsia="zh-CN"/>
        </w:rPr>
        <w:t>x</w:t>
      </w:r>
      <w:r w:rsidRPr="00FC2655">
        <w:rPr>
          <w:sz w:val="24"/>
          <w:szCs w:val="24"/>
          <w:lang w:eastAsia="zh-CN"/>
        </w:rPr>
        <w:t>分，共</w:t>
      </w:r>
      <w:r w:rsidRPr="00FC2655">
        <w:rPr>
          <w:sz w:val="24"/>
          <w:szCs w:val="24"/>
          <w:lang w:eastAsia="zh-CN"/>
        </w:rPr>
        <w:t>x</w:t>
      </w:r>
      <w:r w:rsidRPr="00FC2655">
        <w:rPr>
          <w:sz w:val="24"/>
          <w:szCs w:val="24"/>
          <w:lang w:eastAsia="zh-CN"/>
        </w:rPr>
        <w:t>x</w:t>
      </w:r>
      <w:r w:rsidRPr="00FC2655">
        <w:rPr>
          <w:sz w:val="24"/>
          <w:szCs w:val="24"/>
          <w:lang w:eastAsia="zh-CN"/>
        </w:rPr>
        <w:t>分）</w:t>
      </w:r>
    </w:p>
    <w:p w:rsidR="00074C75" w:rsidRPr="00FC2655" w:rsidP="00FC2655" w14:paraId="29978C43" w14:textId="78E72D2C">
      <w:pPr>
        <w:spacing w:line="480" w:lineRule="auto"/>
        <w:rPr>
          <w:sz w:val="24"/>
          <w:szCs w:val="24"/>
          <w:lang w:eastAsia="zh-CN"/>
        </w:rPr>
      </w:pPr>
      <w:r w:rsidRPr="00FC2655">
        <w:rPr>
          <w:sz w:val="24"/>
          <w:szCs w:val="24"/>
          <w:lang w:eastAsia="zh-CN"/>
        </w:rPr>
        <w:t>中央组织部和地方党委组织部的主要职责是：</w:t>
      </w:r>
    </w:p>
    <w:p w:rsidR="00074C75" w:rsidRPr="00FC2655" w:rsidP="00FC2655" w14:paraId="54E649C8" w14:textId="57BCD769">
      <w:pPr>
        <w:spacing w:line="480" w:lineRule="auto"/>
        <w:rPr>
          <w:sz w:val="24"/>
          <w:szCs w:val="24"/>
          <w:lang w:eastAsia="zh-CN"/>
        </w:rPr>
      </w:pPr>
      <w:r w:rsidRPr="00FC2655">
        <w:rPr>
          <w:sz w:val="24"/>
          <w:szCs w:val="24"/>
          <w:lang w:eastAsia="zh-CN"/>
        </w:rPr>
        <w:t>答：</w:t>
      </w:r>
      <w:r w:rsidRPr="00FC2655">
        <w:rPr>
          <w:sz w:val="24"/>
          <w:szCs w:val="24"/>
          <w:lang w:eastAsia="zh-CN"/>
        </w:rPr>
        <w:t>x</w:t>
      </w:r>
      <w:r w:rsidRPr="00FC2655">
        <w:rPr>
          <w:sz w:val="24"/>
          <w:szCs w:val="24"/>
          <w:lang w:eastAsia="zh-CN"/>
        </w:rPr>
        <w:t>.在党中央以及本级党委领导下，具体负责落实党的组织工作路线方针政策和决策部署，按照权限和分工制定、起草组织工作党内法规和规范性文件，推进组织制度贯彻落实；</w:t>
      </w:r>
    </w:p>
    <w:p w:rsidR="00074C75" w:rsidRPr="00FC2655" w:rsidP="00FC2655" w14:paraId="7923EE15" w14:textId="02A0BCAD">
      <w:pPr>
        <w:spacing w:line="480" w:lineRule="auto"/>
        <w:rPr>
          <w:sz w:val="24"/>
          <w:szCs w:val="24"/>
          <w:lang w:eastAsia="zh-CN"/>
        </w:rPr>
      </w:pPr>
      <w:r w:rsidRPr="00FC2655">
        <w:rPr>
          <w:sz w:val="24"/>
          <w:szCs w:val="24"/>
          <w:lang w:eastAsia="zh-CN"/>
        </w:rPr>
        <w:t>x</w:t>
      </w:r>
      <w:r w:rsidRPr="00FC2655">
        <w:rPr>
          <w:sz w:val="24"/>
          <w:szCs w:val="24"/>
          <w:lang w:eastAsia="zh-CN"/>
        </w:rPr>
        <w:t>.研究组织工作重要理论和实践问题，提出完善制度机制的政策建议，为党中央以及本级党委决策提供参考；</w:t>
      </w:r>
    </w:p>
    <w:p w:rsidR="00074C75" w:rsidRPr="00FC2655" w:rsidP="00FC2655" w14:paraId="080473B4" w14:textId="6B72F10B">
      <w:pPr>
        <w:spacing w:line="480" w:lineRule="auto"/>
        <w:rPr>
          <w:sz w:val="24"/>
          <w:szCs w:val="24"/>
          <w:lang w:eastAsia="zh-CN"/>
        </w:rPr>
      </w:pPr>
      <w:r w:rsidRPr="00FC2655">
        <w:rPr>
          <w:sz w:val="24"/>
          <w:szCs w:val="24"/>
          <w:lang w:eastAsia="zh-CN"/>
        </w:rPr>
        <w:t>x</w:t>
      </w:r>
      <w:r w:rsidRPr="00FC2655">
        <w:rPr>
          <w:sz w:val="24"/>
          <w:szCs w:val="24"/>
          <w:lang w:eastAsia="zh-CN"/>
        </w:rPr>
        <w:t>.负责党的组织体系建设，加强基层党组织和党员队伍建设；</w:t>
      </w:r>
    </w:p>
    <w:p w:rsidR="00074C75" w:rsidRPr="00FC2655" w:rsidP="00FC2655" w14:paraId="3DC41A7A" w14:textId="339615AE">
      <w:pPr>
        <w:spacing w:line="480" w:lineRule="auto"/>
        <w:rPr>
          <w:sz w:val="24"/>
          <w:szCs w:val="24"/>
          <w:lang w:eastAsia="zh-CN"/>
        </w:rPr>
      </w:pPr>
      <w:r w:rsidRPr="00FC2655">
        <w:rPr>
          <w:sz w:val="24"/>
          <w:szCs w:val="24"/>
          <w:lang w:eastAsia="zh-CN"/>
        </w:rPr>
        <w:t>x</w:t>
      </w:r>
      <w:r w:rsidRPr="00FC2655">
        <w:rPr>
          <w:sz w:val="24"/>
          <w:szCs w:val="24"/>
          <w:lang w:eastAsia="zh-CN"/>
        </w:rPr>
        <w:t>.负责干部工作和干部队伍的统一管理，按照干部管理权限和分工负责领导班子建设的有关具体工作；</w:t>
      </w:r>
    </w:p>
    <w:p w:rsidR="00074C75" w:rsidRPr="00FC2655" w:rsidP="00FC2655" w14:paraId="3E70D366" w14:textId="1FCA8729">
      <w:pPr>
        <w:spacing w:line="480" w:lineRule="auto"/>
        <w:rPr>
          <w:sz w:val="24"/>
          <w:szCs w:val="24"/>
          <w:lang w:eastAsia="zh-CN"/>
        </w:rPr>
      </w:pPr>
      <w:r w:rsidRPr="00FC2655">
        <w:rPr>
          <w:sz w:val="24"/>
          <w:szCs w:val="24"/>
          <w:lang w:eastAsia="zh-CN"/>
        </w:rPr>
        <w:t>x</w:t>
      </w:r>
      <w:r w:rsidRPr="00FC2655">
        <w:rPr>
          <w:sz w:val="24"/>
          <w:szCs w:val="24"/>
          <w:lang w:eastAsia="zh-CN"/>
        </w:rPr>
        <w:t>.负责人才工作的指导协调和人才的联系服务；</w:t>
      </w:r>
    </w:p>
    <w:p w:rsidR="00074C75" w:rsidRPr="00FC2655" w:rsidP="00FC2655" w14:paraId="5E970178" w14:textId="37AFE64B">
      <w:pPr>
        <w:spacing w:line="480" w:lineRule="auto"/>
        <w:rPr>
          <w:sz w:val="24"/>
          <w:szCs w:val="24"/>
          <w:lang w:eastAsia="zh-CN"/>
        </w:rPr>
      </w:pPr>
      <w:r w:rsidRPr="00FC2655">
        <w:rPr>
          <w:sz w:val="24"/>
          <w:szCs w:val="24"/>
          <w:lang w:eastAsia="zh-CN"/>
        </w:rPr>
        <w:t>x</w:t>
      </w:r>
      <w:r w:rsidRPr="00FC2655">
        <w:rPr>
          <w:sz w:val="24"/>
          <w:szCs w:val="24"/>
          <w:lang w:eastAsia="zh-CN"/>
        </w:rPr>
        <w:t>.负责公务员工作的统一管理；</w:t>
      </w:r>
    </w:p>
    <w:p w:rsidR="00074C75" w:rsidRPr="00FC2655" w:rsidP="00FC2655" w14:paraId="09B70CEE" w14:textId="7222A023">
      <w:pPr>
        <w:spacing w:line="480" w:lineRule="auto"/>
        <w:rPr>
          <w:sz w:val="24"/>
          <w:szCs w:val="24"/>
          <w:lang w:eastAsia="zh-CN"/>
        </w:rPr>
      </w:pPr>
      <w:r w:rsidRPr="00FC2655">
        <w:rPr>
          <w:sz w:val="24"/>
          <w:szCs w:val="24"/>
          <w:lang w:eastAsia="zh-CN"/>
        </w:rPr>
        <w:t>x</w:t>
      </w:r>
      <w:r w:rsidRPr="00FC2655">
        <w:rPr>
          <w:sz w:val="24"/>
          <w:szCs w:val="24"/>
          <w:lang w:eastAsia="zh-CN"/>
        </w:rPr>
        <w:t>.负责离退休干部工作的统一管理；</w:t>
      </w:r>
    </w:p>
    <w:p w:rsidR="00074C75" w:rsidRPr="00FC2655" w:rsidP="00FC2655" w14:paraId="610B4A88" w14:textId="35665733">
      <w:pPr>
        <w:spacing w:line="480" w:lineRule="auto"/>
        <w:rPr>
          <w:sz w:val="24"/>
          <w:szCs w:val="24"/>
          <w:lang w:eastAsia="zh-CN"/>
        </w:rPr>
      </w:pPr>
      <w:r w:rsidRPr="00FC2655">
        <w:rPr>
          <w:sz w:val="24"/>
          <w:szCs w:val="24"/>
          <w:lang w:eastAsia="zh-CN"/>
        </w:rPr>
        <w:t>x</w:t>
      </w:r>
      <w:r w:rsidRPr="00FC2655">
        <w:rPr>
          <w:sz w:val="24"/>
          <w:szCs w:val="24"/>
          <w:lang w:eastAsia="zh-CN"/>
        </w:rPr>
        <w:t>.统一管理机构编制委员会办公室；</w:t>
      </w:r>
    </w:p>
    <w:p w:rsidR="00074C75" w:rsidRPr="00FC2655" w:rsidP="00FC2655" w14:paraId="53837688" w14:textId="4E77B298">
      <w:pPr>
        <w:spacing w:line="480" w:lineRule="auto"/>
        <w:rPr>
          <w:sz w:val="24"/>
          <w:szCs w:val="24"/>
          <w:lang w:eastAsia="zh-CN"/>
        </w:rPr>
      </w:pPr>
      <w:r w:rsidRPr="00FC2655">
        <w:rPr>
          <w:sz w:val="24"/>
          <w:szCs w:val="24"/>
          <w:lang w:eastAsia="zh-CN"/>
        </w:rPr>
        <w:t>x</w:t>
      </w:r>
      <w:r w:rsidRPr="00FC2655">
        <w:rPr>
          <w:sz w:val="24"/>
          <w:szCs w:val="24"/>
          <w:lang w:eastAsia="zh-CN"/>
        </w:rPr>
        <w:t>完成党中央以及本级党委交办的其他任务。</w:t>
      </w:r>
    </w:p>
    <w:sectPr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方正小标宋简体">
    <w:panose1 w:val="03000509000000000000"/>
    <w:charset w:val="86"/>
    <w:family w:val="script"/>
    <w:pitch w:val="fixed"/>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B47730"/>
    <w:rsid w:val="00034616"/>
    <w:rsid w:val="0006063C"/>
    <w:rsid w:val="00074C75"/>
    <w:rsid w:val="0015074B"/>
    <w:rsid w:val="0029639D"/>
    <w:rsid w:val="00326F90"/>
    <w:rsid w:val="00527046"/>
    <w:rsid w:val="00586712"/>
    <w:rsid w:val="00A84D18"/>
    <w:rsid w:val="00AA1D8D"/>
    <w:rsid w:val="00B41F96"/>
    <w:rsid w:val="00B47730"/>
    <w:rsid w:val="00CB0664"/>
    <w:rsid w:val="00FC2655"/>
    <w:rsid w:val="00FC69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1F535075"/>
  <w15:docId w15:val="{B5A41F66-BE41-224E-98DE-A092B55B9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微软雅黑" w:eastAsia="微软雅黑" w:hAnsi="微软雅黑"/>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a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6">
    <w:name w:val="明显引用 字符"/>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470</Words>
  <Characters>2683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悟空</cp:lastModifiedBy>
  <cp:revision>6</cp:revision>
  <dcterms:created xsi:type="dcterms:W3CDTF">2013-12-23T23:15:00Z</dcterms:created>
  <dcterms:modified xsi:type="dcterms:W3CDTF">2021-06-06T23:38:00Z</dcterms:modified>
</cp:coreProperties>
</file>